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1E85B9F" w14:textId="15AFF1AB" w:rsidR="00300010" w:rsidRPr="00C65D6F" w:rsidRDefault="00922BA0">
      <w:pPr>
        <w:jc w:val="center"/>
        <w:rPr>
          <w:rFonts w:ascii="Comic Sans MS" w:hAnsi="Comic Sans MS"/>
          <w:b/>
          <w:sz w:val="52"/>
          <w:szCs w:val="36"/>
        </w:rPr>
      </w:pPr>
      <w:r w:rsidRPr="00C65D6F">
        <w:rPr>
          <w:rFonts w:ascii="Comic Sans MS" w:hAnsi="Comic Sans MS"/>
          <w:b/>
          <w:sz w:val="52"/>
          <w:szCs w:val="36"/>
        </w:rPr>
        <w:t>Birkdale Primary School</w:t>
      </w:r>
    </w:p>
    <w:p w14:paraId="19D6E518" w14:textId="46D4F2C1" w:rsidR="00C65D6F" w:rsidRDefault="00C65D6F">
      <w:pPr>
        <w:jc w:val="center"/>
        <w:rPr>
          <w:rFonts w:ascii="Comic Sans MS" w:hAnsi="Comic Sans MS"/>
          <w:b/>
          <w:sz w:val="36"/>
        </w:rPr>
      </w:pPr>
    </w:p>
    <w:p w14:paraId="7271B4BF" w14:textId="22B8E030" w:rsidR="00C65D6F" w:rsidRDefault="00C65D6F">
      <w:pPr>
        <w:jc w:val="center"/>
        <w:rPr>
          <w:rFonts w:ascii="Comic Sans MS" w:hAnsi="Comic Sans MS"/>
          <w:b/>
          <w:sz w:val="36"/>
        </w:rPr>
      </w:pPr>
      <w:r>
        <w:rPr>
          <w:noProof/>
        </w:rPr>
        <w:drawing>
          <wp:anchor distT="0" distB="0" distL="0" distR="0" simplePos="0" relativeHeight="251657216" behindDoc="0" locked="0" layoutInCell="1" allowOverlap="1" wp14:anchorId="1D056E1C" wp14:editId="55A73173">
            <wp:simplePos x="0" y="0"/>
            <wp:positionH relativeFrom="page">
              <wp:posOffset>2333625</wp:posOffset>
            </wp:positionH>
            <wp:positionV relativeFrom="paragraph">
              <wp:posOffset>630555</wp:posOffset>
            </wp:positionV>
            <wp:extent cx="3190875" cy="1755775"/>
            <wp:effectExtent l="0" t="0" r="9525" b="0"/>
            <wp:wrapTopAndBottom/>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6" cstate="print"/>
                    <a:stretch>
                      <a:fillRect/>
                    </a:stretch>
                  </pic:blipFill>
                  <pic:spPr>
                    <a:xfrm>
                      <a:off x="0" y="0"/>
                      <a:ext cx="3190875" cy="1755775"/>
                    </a:xfrm>
                    <a:prstGeom prst="rect">
                      <a:avLst/>
                    </a:prstGeom>
                  </pic:spPr>
                </pic:pic>
              </a:graphicData>
            </a:graphic>
            <wp14:sizeRelH relativeFrom="margin">
              <wp14:pctWidth>0</wp14:pctWidth>
            </wp14:sizeRelH>
            <wp14:sizeRelV relativeFrom="margin">
              <wp14:pctHeight>0</wp14:pctHeight>
            </wp14:sizeRelV>
          </wp:anchor>
        </w:drawing>
      </w:r>
    </w:p>
    <w:p w14:paraId="3CA5509B" w14:textId="25B16719" w:rsidR="00C65D6F" w:rsidRDefault="00C65D6F">
      <w:pPr>
        <w:jc w:val="center"/>
        <w:rPr>
          <w:rFonts w:ascii="Comic Sans MS" w:hAnsi="Comic Sans MS"/>
          <w:b/>
          <w:sz w:val="36"/>
        </w:rPr>
      </w:pPr>
    </w:p>
    <w:p w14:paraId="2A32CC4D" w14:textId="27B0C5EF" w:rsidR="00C65D6F" w:rsidRDefault="00C65D6F">
      <w:pPr>
        <w:jc w:val="center"/>
        <w:rPr>
          <w:rFonts w:ascii="Comic Sans MS" w:hAnsi="Comic Sans MS"/>
          <w:b/>
          <w:sz w:val="36"/>
        </w:rPr>
      </w:pPr>
    </w:p>
    <w:p w14:paraId="64192FB2" w14:textId="2A5D35D6" w:rsidR="00C65D6F" w:rsidRDefault="00C65D6F">
      <w:pPr>
        <w:jc w:val="center"/>
        <w:rPr>
          <w:rFonts w:ascii="Comic Sans MS" w:hAnsi="Comic Sans MS"/>
          <w:b/>
          <w:sz w:val="36"/>
        </w:rPr>
      </w:pPr>
    </w:p>
    <w:p w14:paraId="193A201F" w14:textId="2856BDB7" w:rsidR="00C65D6F" w:rsidRPr="00C65D6F" w:rsidRDefault="00C65D6F">
      <w:pPr>
        <w:jc w:val="center"/>
        <w:rPr>
          <w:rFonts w:ascii="Comic Sans MS" w:hAnsi="Comic Sans MS"/>
        </w:rPr>
      </w:pPr>
    </w:p>
    <w:p w14:paraId="3A0FB58F" w14:textId="77777777" w:rsidR="00300010" w:rsidRPr="00C65D6F" w:rsidRDefault="00922BA0">
      <w:pPr>
        <w:jc w:val="center"/>
        <w:rPr>
          <w:rFonts w:ascii="Comic Sans MS" w:hAnsi="Comic Sans MS"/>
        </w:rPr>
      </w:pPr>
      <w:r w:rsidRPr="00C65D6F">
        <w:rPr>
          <w:rFonts w:ascii="Comic Sans MS" w:hAnsi="Comic Sans MS"/>
          <w:b/>
          <w:sz w:val="44"/>
        </w:rPr>
        <w:t>Relationships, Health and Sex Education Policy</w:t>
      </w:r>
    </w:p>
    <w:p w14:paraId="07B4FDC7" w14:textId="249B1AF3" w:rsidR="00300010" w:rsidRPr="00C65D6F" w:rsidRDefault="00922BA0">
      <w:pPr>
        <w:jc w:val="center"/>
        <w:rPr>
          <w:rFonts w:ascii="Comic Sans MS" w:hAnsi="Comic Sans MS"/>
        </w:rPr>
      </w:pPr>
      <w:r w:rsidRPr="00C65D6F">
        <w:rPr>
          <w:rFonts w:ascii="Comic Sans MS" w:hAnsi="Comic Sans MS"/>
          <w:i/>
        </w:rPr>
        <w:t>(</w:t>
      </w:r>
      <w:r w:rsidR="00EE3579">
        <w:rPr>
          <w:rFonts w:ascii="Comic Sans MS" w:hAnsi="Comic Sans MS"/>
          <w:i/>
        </w:rPr>
        <w:t>RSHE</w:t>
      </w:r>
      <w:r w:rsidRPr="00C65D6F">
        <w:rPr>
          <w:rFonts w:ascii="Comic Sans MS" w:hAnsi="Comic Sans MS"/>
          <w:i/>
        </w:rPr>
        <w:t>)</w:t>
      </w:r>
    </w:p>
    <w:p w14:paraId="45787211" w14:textId="77777777" w:rsidR="00300010" w:rsidRPr="00C65D6F" w:rsidRDefault="00922BA0">
      <w:pPr>
        <w:jc w:val="center"/>
        <w:rPr>
          <w:rFonts w:ascii="Comic Sans MS" w:hAnsi="Comic Sans MS"/>
        </w:rPr>
      </w:pPr>
      <w:r w:rsidRPr="00C65D6F">
        <w:rPr>
          <w:rFonts w:ascii="Comic Sans MS" w:hAnsi="Comic Sans MS"/>
        </w:rPr>
        <w:t>September 2026</w:t>
      </w:r>
    </w:p>
    <w:p w14:paraId="38BCC78C" w14:textId="77777777" w:rsidR="00300010" w:rsidRPr="00C65D6F" w:rsidRDefault="00922BA0">
      <w:pPr>
        <w:jc w:val="center"/>
        <w:rPr>
          <w:rFonts w:ascii="Comic Sans MS" w:hAnsi="Comic Sans MS"/>
        </w:rPr>
      </w:pPr>
      <w:r w:rsidRPr="00C65D6F">
        <w:rPr>
          <w:rFonts w:ascii="Comic Sans MS" w:hAnsi="Comic Sans MS"/>
        </w:rPr>
        <w:t>Parent consultation – September 2026</w:t>
      </w:r>
    </w:p>
    <w:p w14:paraId="3D4029BD" w14:textId="77777777" w:rsidR="00300010" w:rsidRPr="00C65D6F" w:rsidRDefault="00922BA0">
      <w:pPr>
        <w:jc w:val="center"/>
        <w:rPr>
          <w:rFonts w:ascii="Comic Sans MS" w:hAnsi="Comic Sans MS"/>
        </w:rPr>
      </w:pPr>
      <w:r w:rsidRPr="00C65D6F">
        <w:rPr>
          <w:rFonts w:ascii="Comic Sans MS" w:hAnsi="Comic Sans MS"/>
        </w:rPr>
        <w:t>Review date – September 2027</w:t>
      </w:r>
    </w:p>
    <w:p w14:paraId="618E165E" w14:textId="77777777" w:rsidR="00300010" w:rsidRPr="00C65D6F" w:rsidRDefault="00922BA0">
      <w:pPr>
        <w:rPr>
          <w:rFonts w:ascii="Comic Sans MS" w:hAnsi="Comic Sans MS"/>
        </w:rPr>
      </w:pPr>
      <w:r w:rsidRPr="00C65D6F">
        <w:rPr>
          <w:rFonts w:ascii="Comic Sans MS" w:hAnsi="Comic Sans MS"/>
        </w:rPr>
        <w:br w:type="page"/>
      </w:r>
    </w:p>
    <w:p w14:paraId="22FD04C5" w14:textId="77777777" w:rsidR="00300010" w:rsidRPr="00C65D6F" w:rsidRDefault="00922BA0">
      <w:pPr>
        <w:pStyle w:val="Heading1"/>
        <w:rPr>
          <w:rFonts w:ascii="Comic Sans MS" w:hAnsi="Comic Sans MS"/>
        </w:rPr>
      </w:pPr>
      <w:r w:rsidRPr="00C65D6F">
        <w:rPr>
          <w:rFonts w:ascii="Comic Sans MS" w:hAnsi="Comic Sans MS"/>
        </w:rPr>
        <w:lastRenderedPageBreak/>
        <w:t>Contents</w:t>
      </w:r>
    </w:p>
    <w:p w14:paraId="5FACAD44" w14:textId="6E8D56A9" w:rsidR="00300010" w:rsidRPr="00C65D6F" w:rsidRDefault="00922BA0">
      <w:pPr>
        <w:rPr>
          <w:rFonts w:ascii="Comic Sans MS" w:hAnsi="Comic Sans MS"/>
        </w:rPr>
      </w:pPr>
      <w:r w:rsidRPr="00C65D6F">
        <w:rPr>
          <w:rFonts w:ascii="Comic Sans MS" w:hAnsi="Comic Sans MS"/>
        </w:rPr>
        <w:t xml:space="preserve">1) Definitions and context of </w:t>
      </w:r>
      <w:r w:rsidR="00EE3579">
        <w:rPr>
          <w:rFonts w:ascii="Comic Sans MS" w:hAnsi="Comic Sans MS"/>
        </w:rPr>
        <w:t>RSHE</w:t>
      </w:r>
    </w:p>
    <w:p w14:paraId="7E7FF047" w14:textId="77777777" w:rsidR="00300010" w:rsidRPr="00C65D6F" w:rsidRDefault="00922BA0">
      <w:pPr>
        <w:rPr>
          <w:rFonts w:ascii="Comic Sans MS" w:hAnsi="Comic Sans MS"/>
        </w:rPr>
      </w:pPr>
      <w:r w:rsidRPr="00C65D6F">
        <w:rPr>
          <w:rFonts w:ascii="Comic Sans MS" w:hAnsi="Comic Sans MS"/>
        </w:rPr>
        <w:t>2) Entitlements</w:t>
      </w:r>
    </w:p>
    <w:p w14:paraId="0D31C730" w14:textId="77777777" w:rsidR="00300010" w:rsidRPr="00C65D6F" w:rsidRDefault="00922BA0">
      <w:pPr>
        <w:rPr>
          <w:rFonts w:ascii="Comic Sans MS" w:hAnsi="Comic Sans MS"/>
        </w:rPr>
      </w:pPr>
      <w:r w:rsidRPr="00C65D6F">
        <w:rPr>
          <w:rFonts w:ascii="Comic Sans MS" w:hAnsi="Comic Sans MS"/>
        </w:rPr>
        <w:t>3) Requirements of the school in law and statutory guidance</w:t>
      </w:r>
    </w:p>
    <w:p w14:paraId="49B3256C" w14:textId="73C21B67" w:rsidR="00300010" w:rsidRPr="00C65D6F" w:rsidRDefault="00922BA0">
      <w:pPr>
        <w:rPr>
          <w:rFonts w:ascii="Comic Sans MS" w:hAnsi="Comic Sans MS"/>
        </w:rPr>
      </w:pPr>
      <w:r w:rsidRPr="00C65D6F">
        <w:rPr>
          <w:rFonts w:ascii="Comic Sans MS" w:hAnsi="Comic Sans MS"/>
        </w:rPr>
        <w:t xml:space="preserve">4) Creation and development of our </w:t>
      </w:r>
      <w:r w:rsidR="00EE3579">
        <w:rPr>
          <w:rFonts w:ascii="Comic Sans MS" w:hAnsi="Comic Sans MS"/>
        </w:rPr>
        <w:t>RSHE</w:t>
      </w:r>
      <w:r w:rsidRPr="00C65D6F">
        <w:rPr>
          <w:rFonts w:ascii="Comic Sans MS" w:hAnsi="Comic Sans MS"/>
        </w:rPr>
        <w:t xml:space="preserve"> curriculum</w:t>
      </w:r>
    </w:p>
    <w:p w14:paraId="78AF87C8" w14:textId="77777777" w:rsidR="00300010" w:rsidRPr="00C65D6F" w:rsidRDefault="00922BA0">
      <w:pPr>
        <w:rPr>
          <w:rFonts w:ascii="Comic Sans MS" w:hAnsi="Comic Sans MS"/>
        </w:rPr>
      </w:pPr>
      <w:r w:rsidRPr="00C65D6F">
        <w:rPr>
          <w:rFonts w:ascii="Comic Sans MS" w:hAnsi="Comic Sans MS"/>
        </w:rPr>
        <w:t>5) Relationships and Health Education programme of study</w:t>
      </w:r>
    </w:p>
    <w:p w14:paraId="00F904E9" w14:textId="77777777" w:rsidR="00300010" w:rsidRPr="00C65D6F" w:rsidRDefault="00922BA0">
      <w:pPr>
        <w:rPr>
          <w:rFonts w:ascii="Comic Sans MS" w:hAnsi="Comic Sans MS"/>
        </w:rPr>
      </w:pPr>
      <w:r w:rsidRPr="00C65D6F">
        <w:rPr>
          <w:rFonts w:ascii="Comic Sans MS" w:hAnsi="Comic Sans MS"/>
        </w:rPr>
        <w:t>6) Primary Sex Education programme of study</w:t>
      </w:r>
    </w:p>
    <w:p w14:paraId="6C3E1EDB" w14:textId="7F18FBD2" w:rsidR="00300010" w:rsidRPr="00C65D6F" w:rsidRDefault="00922BA0">
      <w:pPr>
        <w:rPr>
          <w:rFonts w:ascii="Comic Sans MS" w:hAnsi="Comic Sans MS"/>
        </w:rPr>
      </w:pPr>
      <w:r w:rsidRPr="00C65D6F">
        <w:rPr>
          <w:rFonts w:ascii="Comic Sans MS" w:hAnsi="Comic Sans MS"/>
        </w:rPr>
        <w:t xml:space="preserve">7) Delivery of our </w:t>
      </w:r>
      <w:r w:rsidR="00EE3579">
        <w:rPr>
          <w:rFonts w:ascii="Comic Sans MS" w:hAnsi="Comic Sans MS"/>
        </w:rPr>
        <w:t>RSHE</w:t>
      </w:r>
      <w:r w:rsidRPr="00C65D6F">
        <w:rPr>
          <w:rFonts w:ascii="Comic Sans MS" w:hAnsi="Comic Sans MS"/>
        </w:rPr>
        <w:t xml:space="preserve"> curriculum</w:t>
      </w:r>
    </w:p>
    <w:p w14:paraId="2632AAF4" w14:textId="77777777" w:rsidR="00300010" w:rsidRPr="00C65D6F" w:rsidRDefault="00922BA0">
      <w:pPr>
        <w:rPr>
          <w:rFonts w:ascii="Comic Sans MS" w:hAnsi="Comic Sans MS"/>
        </w:rPr>
      </w:pPr>
      <w:r w:rsidRPr="00C65D6F">
        <w:rPr>
          <w:rFonts w:ascii="Comic Sans MS" w:hAnsi="Comic Sans MS"/>
        </w:rPr>
        <w:t>8) Safeguarding and child protection</w:t>
      </w:r>
    </w:p>
    <w:p w14:paraId="00D5072B" w14:textId="77777777" w:rsidR="00300010" w:rsidRPr="00C65D6F" w:rsidRDefault="00922BA0">
      <w:pPr>
        <w:rPr>
          <w:rFonts w:ascii="Comic Sans MS" w:hAnsi="Comic Sans MS"/>
        </w:rPr>
      </w:pPr>
      <w:r w:rsidRPr="00C65D6F">
        <w:rPr>
          <w:rFonts w:ascii="Comic Sans MS" w:hAnsi="Comic Sans MS"/>
        </w:rPr>
        <w:t>9) Monitoring, evaluating and reviewing</w:t>
      </w:r>
    </w:p>
    <w:p w14:paraId="0780BCC3" w14:textId="77777777" w:rsidR="00300010" w:rsidRPr="00C65D6F" w:rsidRDefault="00922BA0">
      <w:pPr>
        <w:rPr>
          <w:rFonts w:ascii="Comic Sans MS" w:hAnsi="Comic Sans MS"/>
        </w:rPr>
      </w:pPr>
      <w:r w:rsidRPr="00C65D6F">
        <w:rPr>
          <w:rFonts w:ascii="Comic Sans MS" w:hAnsi="Comic Sans MS"/>
        </w:rPr>
        <w:t>10) Glossary of terms</w:t>
      </w:r>
    </w:p>
    <w:p w14:paraId="70D64AE5" w14:textId="77777777" w:rsidR="00300010" w:rsidRPr="00C65D6F" w:rsidRDefault="00922BA0">
      <w:pPr>
        <w:rPr>
          <w:rFonts w:ascii="Comic Sans MS" w:hAnsi="Comic Sans MS"/>
        </w:rPr>
      </w:pPr>
      <w:r w:rsidRPr="00C65D6F">
        <w:rPr>
          <w:rFonts w:ascii="Comic Sans MS" w:hAnsi="Comic Sans MS"/>
        </w:rPr>
        <w:t>Appendix A – Current statutory and guidance references</w:t>
      </w:r>
    </w:p>
    <w:p w14:paraId="68043886" w14:textId="77777777" w:rsidR="00300010" w:rsidRPr="00C65D6F" w:rsidRDefault="00FA31CE">
      <w:pPr>
        <w:pStyle w:val="Heading1"/>
        <w:rPr>
          <w:rFonts w:ascii="Comic Sans MS" w:hAnsi="Comic Sans MS"/>
        </w:rPr>
      </w:pPr>
      <w:r w:rsidRPr="00C65D6F">
        <w:rPr>
          <w:rFonts w:ascii="Comic Sans MS" w:hAnsi="Comic Sans MS"/>
        </w:rPr>
        <w:t>1) Definitions and context of R</w:t>
      </w:r>
      <w:r w:rsidR="00922BA0" w:rsidRPr="00C65D6F">
        <w:rPr>
          <w:rFonts w:ascii="Comic Sans MS" w:hAnsi="Comic Sans MS"/>
        </w:rPr>
        <w:t>S</w:t>
      </w:r>
      <w:r w:rsidRPr="00C65D6F">
        <w:rPr>
          <w:rFonts w:ascii="Comic Sans MS" w:hAnsi="Comic Sans MS"/>
        </w:rPr>
        <w:t>H</w:t>
      </w:r>
      <w:r w:rsidR="00922BA0" w:rsidRPr="00C65D6F">
        <w:rPr>
          <w:rFonts w:ascii="Comic Sans MS" w:hAnsi="Comic Sans MS"/>
        </w:rPr>
        <w:t>E</w:t>
      </w:r>
    </w:p>
    <w:p w14:paraId="04F9628C" w14:textId="77777777" w:rsidR="00300010" w:rsidRPr="00C65D6F" w:rsidRDefault="00922BA0">
      <w:pPr>
        <w:rPr>
          <w:rFonts w:ascii="Comic Sans MS" w:hAnsi="Comic Sans MS"/>
        </w:rPr>
      </w:pPr>
      <w:r w:rsidRPr="00C65D6F">
        <w:rPr>
          <w:rFonts w:ascii="Comic Sans MS" w:hAnsi="Comic Sans MS"/>
        </w:rPr>
        <w:t>Relationships Education is compulsory for pupils in primary education. It teaches the knowledge, understanding and skills children need to build and maintain positive, respectful and safe relationships. This includes family relationships, caring friendships, respectful relationships, boundaries, privacy, online relationships, bullying, recognising risks and knowing how and where to seek help.</w:t>
      </w:r>
    </w:p>
    <w:p w14:paraId="6E463D9E" w14:textId="77777777" w:rsidR="00300010" w:rsidRPr="00C65D6F" w:rsidRDefault="00922BA0">
      <w:pPr>
        <w:rPr>
          <w:rFonts w:ascii="Comic Sans MS" w:hAnsi="Comic Sans MS"/>
        </w:rPr>
      </w:pPr>
      <w:r w:rsidRPr="00C65D6F">
        <w:rPr>
          <w:rFonts w:ascii="Comic Sans MS" w:hAnsi="Comic Sans MS"/>
        </w:rPr>
        <w:t>Health Education is compu</w:t>
      </w:r>
      <w:r w:rsidR="00FA31CE" w:rsidRPr="00C65D6F">
        <w:rPr>
          <w:rFonts w:ascii="Comic Sans MS" w:hAnsi="Comic Sans MS"/>
        </w:rPr>
        <w:t>lsory for pupils in primary education</w:t>
      </w:r>
      <w:r w:rsidRPr="00C65D6F">
        <w:rPr>
          <w:rFonts w:ascii="Comic Sans MS" w:hAnsi="Comic Sans MS"/>
        </w:rPr>
        <w:t>. It supports children to understand and care for their physical and mental health and wellbeing, recognise when something is not right, make informed and safe choices, and seek appropriate support.</w:t>
      </w:r>
    </w:p>
    <w:p w14:paraId="17B6CF69" w14:textId="77777777" w:rsidR="00300010" w:rsidRPr="00C65D6F" w:rsidRDefault="00922BA0">
      <w:pPr>
        <w:rPr>
          <w:rFonts w:ascii="Comic Sans MS" w:hAnsi="Comic Sans MS"/>
        </w:rPr>
      </w:pPr>
      <w:r w:rsidRPr="00C65D6F">
        <w:rPr>
          <w:rFonts w:ascii="Comic Sans MS" w:hAnsi="Comic Sans MS"/>
        </w:rPr>
        <w:t xml:space="preserve">Sex Education is not compulsory in primary schools. Where a primary school chooses to provide Sex Education, it must be clearly distinguished from Relationships Education and the statutory Science curriculum. At Birkdale Primary School, </w:t>
      </w:r>
      <w:r w:rsidR="00FA31CE" w:rsidRPr="00C65D6F">
        <w:rPr>
          <w:rFonts w:ascii="Comic Sans MS" w:hAnsi="Comic Sans MS"/>
        </w:rPr>
        <w:t>all teaching that falls under RSHE is compulsory under either Health Education, Relationships Education or the Science Curriculum.</w:t>
      </w:r>
    </w:p>
    <w:p w14:paraId="5B3FB01B" w14:textId="77777777" w:rsidR="00300010" w:rsidRPr="00C65D6F" w:rsidRDefault="00FA31CE">
      <w:pPr>
        <w:rPr>
          <w:rFonts w:ascii="Comic Sans MS" w:hAnsi="Comic Sans MS"/>
        </w:rPr>
      </w:pPr>
      <w:r w:rsidRPr="00C65D6F">
        <w:rPr>
          <w:rFonts w:ascii="Comic Sans MS" w:hAnsi="Comic Sans MS"/>
        </w:rPr>
        <w:t>At Birkdale Primary School, RSH</w:t>
      </w:r>
      <w:r w:rsidR="00922BA0" w:rsidRPr="00C65D6F">
        <w:rPr>
          <w:rFonts w:ascii="Comic Sans MS" w:hAnsi="Comic Sans MS"/>
        </w:rPr>
        <w:t>E is rooted in our school-developed Life Lessons curriculum, which brings together PSHE, Relationships Education, Health Educati</w:t>
      </w:r>
      <w:r w:rsidRPr="00C65D6F">
        <w:rPr>
          <w:rFonts w:ascii="Comic Sans MS" w:hAnsi="Comic Sans MS"/>
        </w:rPr>
        <w:t>on, SMSC and British Values. RSH</w:t>
      </w:r>
      <w:r w:rsidR="00922BA0" w:rsidRPr="00C65D6F">
        <w:rPr>
          <w:rFonts w:ascii="Comic Sans MS" w:hAnsi="Comic Sans MS"/>
        </w:rPr>
        <w:t>E is also reinforced through Science, Computing, PE, English, assemblies, enrichment opportunities and the wider life of the school.</w:t>
      </w:r>
    </w:p>
    <w:p w14:paraId="3553E828" w14:textId="77777777" w:rsidR="00300010" w:rsidRPr="00C65D6F" w:rsidRDefault="00922BA0">
      <w:pPr>
        <w:rPr>
          <w:rFonts w:ascii="Comic Sans MS" w:hAnsi="Comic Sans MS"/>
        </w:rPr>
      </w:pPr>
      <w:r w:rsidRPr="00C65D6F">
        <w:rPr>
          <w:rFonts w:ascii="Comic Sans MS" w:hAnsi="Comic Sans MS"/>
        </w:rPr>
        <w:lastRenderedPageBreak/>
        <w:t>We recognise parents and carers as key educators and seek to work in partnership with families. We also recognise that children live in an increasingly complex world, both online and offline, and need accurate, age-appropriate knowledge and practical skills to keep themselves and others safe, healthy and respected.</w:t>
      </w:r>
    </w:p>
    <w:p w14:paraId="6EFE1308" w14:textId="77777777" w:rsidR="00300010" w:rsidRPr="00C65D6F" w:rsidRDefault="00922BA0">
      <w:pPr>
        <w:rPr>
          <w:rFonts w:ascii="Comic Sans MS" w:hAnsi="Comic Sans MS"/>
        </w:rPr>
      </w:pPr>
      <w:r w:rsidRPr="00C65D6F">
        <w:rPr>
          <w:rFonts w:ascii="Comic Sans MS" w:hAnsi="Comic Sans MS"/>
        </w:rPr>
        <w:t>Mental health and wellbeing are central to our provision. We aim to develop emotional literacy, resilience, self-respect, self-regulation, positive relationships and the confidence to seek help when difficulties arise.</w:t>
      </w:r>
    </w:p>
    <w:p w14:paraId="242D0535" w14:textId="77777777" w:rsidR="00300010" w:rsidRPr="00C65D6F" w:rsidRDefault="00922BA0">
      <w:pPr>
        <w:pStyle w:val="Heading1"/>
        <w:rPr>
          <w:rFonts w:ascii="Comic Sans MS" w:hAnsi="Comic Sans MS"/>
        </w:rPr>
      </w:pPr>
      <w:r w:rsidRPr="00C65D6F">
        <w:rPr>
          <w:rFonts w:ascii="Comic Sans MS" w:hAnsi="Comic Sans MS"/>
        </w:rPr>
        <w:t>2) Entitlements</w:t>
      </w:r>
    </w:p>
    <w:p w14:paraId="6E2D79EC" w14:textId="77777777" w:rsidR="00300010" w:rsidRPr="00C65D6F" w:rsidRDefault="00922BA0">
      <w:pPr>
        <w:pStyle w:val="Heading2"/>
        <w:rPr>
          <w:rFonts w:ascii="Comic Sans MS" w:hAnsi="Comic Sans MS"/>
        </w:rPr>
      </w:pPr>
      <w:r w:rsidRPr="00C65D6F">
        <w:rPr>
          <w:rFonts w:ascii="Comic Sans MS" w:hAnsi="Comic Sans MS"/>
        </w:rPr>
        <w:t>Children are entitled to:</w:t>
      </w:r>
    </w:p>
    <w:p w14:paraId="61AB515D" w14:textId="77777777" w:rsidR="00300010" w:rsidRPr="00C65D6F" w:rsidRDefault="00922BA0">
      <w:pPr>
        <w:pStyle w:val="ListBullet"/>
        <w:rPr>
          <w:rFonts w:ascii="Comic Sans MS" w:hAnsi="Comic Sans MS"/>
        </w:rPr>
      </w:pPr>
      <w:r w:rsidRPr="00C65D6F">
        <w:rPr>
          <w:rFonts w:ascii="Comic Sans MS" w:hAnsi="Comic Sans MS"/>
        </w:rPr>
        <w:t>accurate, up-to-date, age- and stage-appropriate information delivered in a way that meets their individual needs;</w:t>
      </w:r>
    </w:p>
    <w:p w14:paraId="045D35BB" w14:textId="77777777" w:rsidR="00300010" w:rsidRPr="00C65D6F" w:rsidRDefault="00FA31CE">
      <w:pPr>
        <w:pStyle w:val="ListBullet"/>
        <w:rPr>
          <w:rFonts w:ascii="Comic Sans MS" w:hAnsi="Comic Sans MS"/>
        </w:rPr>
      </w:pPr>
      <w:r w:rsidRPr="00C65D6F">
        <w:rPr>
          <w:rFonts w:ascii="Comic Sans MS" w:hAnsi="Comic Sans MS"/>
        </w:rPr>
        <w:t>a well-sequenced RSH</w:t>
      </w:r>
      <w:r w:rsidR="00922BA0" w:rsidRPr="00C65D6F">
        <w:rPr>
          <w:rFonts w:ascii="Comic Sans MS" w:hAnsi="Comic Sans MS"/>
        </w:rPr>
        <w:t xml:space="preserve">E </w:t>
      </w:r>
      <w:proofErr w:type="spellStart"/>
      <w:r w:rsidR="00922BA0" w:rsidRPr="00C65D6F">
        <w:rPr>
          <w:rFonts w:ascii="Comic Sans MS" w:hAnsi="Comic Sans MS"/>
        </w:rPr>
        <w:t>programme</w:t>
      </w:r>
      <w:proofErr w:type="spellEnd"/>
      <w:r w:rsidR="00922BA0" w:rsidRPr="00C65D6F">
        <w:rPr>
          <w:rFonts w:ascii="Comic Sans MS" w:hAnsi="Comic Sans MS"/>
        </w:rPr>
        <w:t xml:space="preserve"> which is responsive to pupils' needs and local context;</w:t>
      </w:r>
    </w:p>
    <w:p w14:paraId="06E2EB5A" w14:textId="77777777" w:rsidR="00300010" w:rsidRPr="00C65D6F" w:rsidRDefault="00922BA0">
      <w:pPr>
        <w:pStyle w:val="ListBullet"/>
        <w:rPr>
          <w:rFonts w:ascii="Comic Sans MS" w:hAnsi="Comic Sans MS"/>
        </w:rPr>
      </w:pPr>
      <w:r w:rsidRPr="00C65D6F">
        <w:rPr>
          <w:rFonts w:ascii="Comic Sans MS" w:hAnsi="Comic Sans MS"/>
        </w:rPr>
        <w:t>teaching which is accessible to all pupils, including pupils with SEND, with reasonable adjustments and adaptations where required;</w:t>
      </w:r>
    </w:p>
    <w:p w14:paraId="4A6B99D0" w14:textId="77777777" w:rsidR="00300010" w:rsidRPr="00C65D6F" w:rsidRDefault="00922BA0">
      <w:pPr>
        <w:pStyle w:val="ListBullet"/>
        <w:rPr>
          <w:rFonts w:ascii="Comic Sans MS" w:hAnsi="Comic Sans MS"/>
        </w:rPr>
      </w:pPr>
      <w:r w:rsidRPr="00C65D6F">
        <w:rPr>
          <w:rFonts w:ascii="Comic Sans MS" w:hAnsi="Comic Sans MS"/>
        </w:rPr>
        <w:t>know where and how to access help, advice and support;</w:t>
      </w:r>
    </w:p>
    <w:p w14:paraId="1CF88A4B" w14:textId="77777777" w:rsidR="00300010" w:rsidRPr="00C65D6F" w:rsidRDefault="00922BA0">
      <w:pPr>
        <w:pStyle w:val="ListBullet"/>
        <w:rPr>
          <w:rFonts w:ascii="Comic Sans MS" w:hAnsi="Comic Sans MS"/>
        </w:rPr>
      </w:pPr>
      <w:r w:rsidRPr="00C65D6F">
        <w:rPr>
          <w:rFonts w:ascii="Comic Sans MS" w:hAnsi="Comic Sans MS"/>
        </w:rPr>
        <w:t>have their views listened to respectfully and, where appropriate, contribute to the development and evaluation of the curriculum;</w:t>
      </w:r>
    </w:p>
    <w:p w14:paraId="05DE2EE6" w14:textId="77777777" w:rsidR="00300010" w:rsidRPr="00C65D6F" w:rsidRDefault="00922BA0">
      <w:pPr>
        <w:pStyle w:val="ListBullet"/>
        <w:rPr>
          <w:rFonts w:ascii="Comic Sans MS" w:hAnsi="Comic Sans MS"/>
        </w:rPr>
      </w:pPr>
      <w:r w:rsidRPr="00C65D6F">
        <w:rPr>
          <w:rFonts w:ascii="Comic Sans MS" w:hAnsi="Comic Sans MS"/>
        </w:rPr>
        <w:t>learn in a safe, inclusive and non-judgemental environment;</w:t>
      </w:r>
    </w:p>
    <w:p w14:paraId="37B9E441" w14:textId="77777777" w:rsidR="00300010" w:rsidRPr="00C65D6F" w:rsidRDefault="00922BA0">
      <w:pPr>
        <w:pStyle w:val="ListBullet"/>
        <w:rPr>
          <w:rFonts w:ascii="Comic Sans MS" w:hAnsi="Comic Sans MS"/>
        </w:rPr>
      </w:pPr>
      <w:r w:rsidRPr="00C65D6F">
        <w:rPr>
          <w:rFonts w:ascii="Comic Sans MS" w:hAnsi="Comic Sans MS"/>
        </w:rPr>
        <w:t>understand that they can seek help when something does not feel right and that being a victim of abuse is never their fault.</w:t>
      </w:r>
    </w:p>
    <w:p w14:paraId="71765C04" w14:textId="77777777" w:rsidR="00300010" w:rsidRPr="00C65D6F" w:rsidRDefault="00922BA0">
      <w:pPr>
        <w:pStyle w:val="Heading2"/>
        <w:rPr>
          <w:rFonts w:ascii="Comic Sans MS" w:hAnsi="Comic Sans MS"/>
        </w:rPr>
      </w:pPr>
      <w:r w:rsidRPr="00C65D6F">
        <w:rPr>
          <w:rFonts w:ascii="Comic Sans MS" w:hAnsi="Comic Sans MS"/>
        </w:rPr>
        <w:t>Adults working with children are entitled to:</w:t>
      </w:r>
    </w:p>
    <w:p w14:paraId="64B4ED74" w14:textId="77777777" w:rsidR="00300010" w:rsidRPr="00C65D6F" w:rsidRDefault="00922BA0">
      <w:pPr>
        <w:pStyle w:val="ListBullet"/>
        <w:rPr>
          <w:rFonts w:ascii="Comic Sans MS" w:hAnsi="Comic Sans MS"/>
        </w:rPr>
      </w:pPr>
      <w:r w:rsidRPr="00C65D6F">
        <w:rPr>
          <w:rFonts w:ascii="Comic Sans MS" w:hAnsi="Comic Sans MS"/>
        </w:rPr>
        <w:t>access to accurate, up-to-date information, appropriate resources and relevant training;</w:t>
      </w:r>
    </w:p>
    <w:p w14:paraId="0C06597B" w14:textId="11B084CE" w:rsidR="00300010" w:rsidRPr="00C65D6F" w:rsidRDefault="00922BA0">
      <w:pPr>
        <w:pStyle w:val="ListBullet"/>
        <w:rPr>
          <w:rFonts w:ascii="Comic Sans MS" w:hAnsi="Comic Sans MS"/>
        </w:rPr>
      </w:pPr>
      <w:r w:rsidRPr="00C65D6F">
        <w:rPr>
          <w:rFonts w:ascii="Comic Sans MS" w:hAnsi="Comic Sans MS"/>
        </w:rPr>
        <w:t xml:space="preserve">clarity about roles and responsibilities in planning and delivering </w:t>
      </w:r>
      <w:r w:rsidR="00EE3579">
        <w:rPr>
          <w:rFonts w:ascii="Comic Sans MS" w:hAnsi="Comic Sans MS"/>
        </w:rPr>
        <w:t>RSHE</w:t>
      </w:r>
      <w:r w:rsidRPr="00C65D6F">
        <w:rPr>
          <w:rFonts w:ascii="Comic Sans MS" w:hAnsi="Comic Sans MS"/>
        </w:rPr>
        <w:t>;</w:t>
      </w:r>
    </w:p>
    <w:p w14:paraId="6AA36B18" w14:textId="77777777" w:rsidR="00300010" w:rsidRPr="00C65D6F" w:rsidRDefault="00922BA0">
      <w:pPr>
        <w:pStyle w:val="ListBullet"/>
        <w:rPr>
          <w:rFonts w:ascii="Comic Sans MS" w:hAnsi="Comic Sans MS"/>
        </w:rPr>
      </w:pPr>
      <w:r w:rsidRPr="00C65D6F">
        <w:rPr>
          <w:rFonts w:ascii="Comic Sans MS" w:hAnsi="Comic Sans MS"/>
        </w:rPr>
        <w:t>professional guidance and support when dealing with sensitive questions or disclosures;</w:t>
      </w:r>
    </w:p>
    <w:p w14:paraId="1A506664" w14:textId="77777777" w:rsidR="00300010" w:rsidRPr="00C65D6F" w:rsidRDefault="00922BA0">
      <w:pPr>
        <w:pStyle w:val="ListBullet"/>
        <w:rPr>
          <w:rFonts w:ascii="Comic Sans MS" w:hAnsi="Comic Sans MS"/>
        </w:rPr>
      </w:pPr>
      <w:r w:rsidRPr="00C65D6F">
        <w:rPr>
          <w:rFonts w:ascii="Comic Sans MS" w:hAnsi="Comic Sans MS"/>
        </w:rPr>
        <w:t>opportunities to share good practice and develop confidence in teaching sensitive content.</w:t>
      </w:r>
    </w:p>
    <w:p w14:paraId="1974C8AC" w14:textId="77777777" w:rsidR="00300010" w:rsidRPr="00C65D6F" w:rsidRDefault="00922BA0">
      <w:pPr>
        <w:pStyle w:val="Heading2"/>
        <w:rPr>
          <w:rFonts w:ascii="Comic Sans MS" w:hAnsi="Comic Sans MS"/>
        </w:rPr>
      </w:pPr>
      <w:r w:rsidRPr="00C65D6F">
        <w:rPr>
          <w:rFonts w:ascii="Comic Sans MS" w:hAnsi="Comic Sans MS"/>
        </w:rPr>
        <w:t>Parents and carers are entitled to:</w:t>
      </w:r>
    </w:p>
    <w:p w14:paraId="304326C2" w14:textId="77777777" w:rsidR="00300010" w:rsidRPr="00C65D6F" w:rsidRDefault="00922BA0">
      <w:pPr>
        <w:pStyle w:val="ListBullet"/>
        <w:rPr>
          <w:rFonts w:ascii="Comic Sans MS" w:hAnsi="Comic Sans MS"/>
        </w:rPr>
      </w:pPr>
      <w:r w:rsidRPr="00C65D6F">
        <w:rPr>
          <w:rFonts w:ascii="Comic Sans MS" w:hAnsi="Comic Sans MS"/>
        </w:rPr>
        <w:t>clear information about what is taught, when it is taught and how it is delivered;</w:t>
      </w:r>
    </w:p>
    <w:p w14:paraId="1B32A3C4" w14:textId="22767ECE" w:rsidR="00300010" w:rsidRPr="00C65D6F" w:rsidRDefault="00922BA0">
      <w:pPr>
        <w:pStyle w:val="ListBullet"/>
        <w:rPr>
          <w:rFonts w:ascii="Comic Sans MS" w:hAnsi="Comic Sans MS"/>
        </w:rPr>
      </w:pPr>
      <w:r w:rsidRPr="00C65D6F">
        <w:rPr>
          <w:rFonts w:ascii="Comic Sans MS" w:hAnsi="Comic Sans MS"/>
        </w:rPr>
        <w:t xml:space="preserve">opportunities to contribute to the development and review of the </w:t>
      </w:r>
      <w:r w:rsidR="00EE3579">
        <w:rPr>
          <w:rFonts w:ascii="Comic Sans MS" w:hAnsi="Comic Sans MS"/>
        </w:rPr>
        <w:t>RSHE</w:t>
      </w:r>
      <w:r w:rsidRPr="00C65D6F">
        <w:rPr>
          <w:rFonts w:ascii="Comic Sans MS" w:hAnsi="Comic Sans MS"/>
        </w:rPr>
        <w:t xml:space="preserve"> policy;</w:t>
      </w:r>
    </w:p>
    <w:p w14:paraId="00C14E07" w14:textId="01B857EC" w:rsidR="00300010" w:rsidRPr="00C65D6F" w:rsidRDefault="00922BA0">
      <w:pPr>
        <w:pStyle w:val="ListBullet"/>
        <w:rPr>
          <w:rFonts w:ascii="Comic Sans MS" w:hAnsi="Comic Sans MS"/>
        </w:rPr>
      </w:pPr>
      <w:r w:rsidRPr="00C65D6F">
        <w:rPr>
          <w:rFonts w:ascii="Comic Sans MS" w:hAnsi="Comic Sans MS"/>
        </w:rPr>
        <w:t xml:space="preserve">access to the curriculum materials used to teach </w:t>
      </w:r>
      <w:r w:rsidR="00EE3579">
        <w:rPr>
          <w:rFonts w:ascii="Comic Sans MS" w:hAnsi="Comic Sans MS"/>
        </w:rPr>
        <w:t>RSHE</w:t>
      </w:r>
      <w:r w:rsidRPr="00C65D6F">
        <w:rPr>
          <w:rFonts w:ascii="Comic Sans MS" w:hAnsi="Comic Sans MS"/>
        </w:rPr>
        <w:t>, on request, subject to copyright requirements;</w:t>
      </w:r>
    </w:p>
    <w:p w14:paraId="12DB2263" w14:textId="77777777" w:rsidR="00300010" w:rsidRPr="00C65D6F" w:rsidRDefault="00922BA0">
      <w:pPr>
        <w:pStyle w:val="ListBullet"/>
        <w:rPr>
          <w:rFonts w:ascii="Comic Sans MS" w:hAnsi="Comic Sans MS"/>
        </w:rPr>
      </w:pPr>
      <w:r w:rsidRPr="00C65D6F">
        <w:rPr>
          <w:rFonts w:ascii="Comic Sans MS" w:hAnsi="Comic Sans MS"/>
        </w:rPr>
        <w:t>advance information about planned Sex Education content and the opportunity to discuss it with school;</w:t>
      </w:r>
    </w:p>
    <w:p w14:paraId="7BC2DA26" w14:textId="77777777" w:rsidR="00300010" w:rsidRPr="00C65D6F" w:rsidRDefault="00922BA0">
      <w:pPr>
        <w:pStyle w:val="ListBullet"/>
        <w:rPr>
          <w:rFonts w:ascii="Comic Sans MS" w:hAnsi="Comic Sans MS"/>
        </w:rPr>
      </w:pPr>
      <w:r w:rsidRPr="00C65D6F">
        <w:rPr>
          <w:rFonts w:ascii="Comic Sans MS" w:hAnsi="Comic Sans MS"/>
        </w:rPr>
        <w:t>clear information about their right to request withdrawal from primary Sex Education.</w:t>
      </w:r>
    </w:p>
    <w:p w14:paraId="7D37D342" w14:textId="77777777" w:rsidR="00300010" w:rsidRPr="00C65D6F" w:rsidRDefault="00922BA0">
      <w:pPr>
        <w:pStyle w:val="Heading1"/>
        <w:rPr>
          <w:rFonts w:ascii="Comic Sans MS" w:hAnsi="Comic Sans MS"/>
        </w:rPr>
      </w:pPr>
      <w:r w:rsidRPr="00C65D6F">
        <w:rPr>
          <w:rFonts w:ascii="Comic Sans MS" w:hAnsi="Comic Sans MS"/>
        </w:rPr>
        <w:lastRenderedPageBreak/>
        <w:t>3) Requirements of the school in law and statutory guidance</w:t>
      </w:r>
    </w:p>
    <w:p w14:paraId="61B07F57" w14:textId="77777777" w:rsidR="00300010" w:rsidRPr="00C65D6F" w:rsidRDefault="00922BA0">
      <w:pPr>
        <w:rPr>
          <w:rFonts w:ascii="Comic Sans MS" w:hAnsi="Comic Sans MS"/>
        </w:rPr>
      </w:pPr>
      <w:r w:rsidRPr="00C65D6F">
        <w:rPr>
          <w:rFonts w:ascii="Comic Sans MS" w:hAnsi="Comic Sans MS"/>
        </w:rPr>
        <w:t>Birkdale Primary School will have regard to the Department for Education's Relationships Education, Relationships and Sex Education (RSE) and Health Education statutory guidance, published in July 2025 and in force from 1 September 2026. The guidance requires schools to maintain an up-to-date written policy, consult parents when developing and reviewing it, publish it on the school website and make it available free of charge on request.</w:t>
      </w:r>
    </w:p>
    <w:p w14:paraId="4B1209E4" w14:textId="77777777" w:rsidR="00300010" w:rsidRPr="00C65D6F" w:rsidRDefault="00922BA0">
      <w:pPr>
        <w:rPr>
          <w:rFonts w:ascii="Comic Sans MS" w:hAnsi="Comic Sans MS"/>
        </w:rPr>
      </w:pPr>
      <w:r w:rsidRPr="00C65D6F">
        <w:rPr>
          <w:rFonts w:ascii="Comic Sans MS" w:hAnsi="Comic Sans MS"/>
        </w:rPr>
        <w:t>The school will also comply with the relevant legal duties and take account of the wider statutory and non-statutory framework listed in Appendix A.</w:t>
      </w:r>
    </w:p>
    <w:p w14:paraId="0E124F24" w14:textId="77777777" w:rsidR="00300010" w:rsidRPr="00C65D6F" w:rsidRDefault="00FA31CE">
      <w:pPr>
        <w:rPr>
          <w:rFonts w:ascii="Comic Sans MS" w:hAnsi="Comic Sans MS"/>
        </w:rPr>
      </w:pPr>
      <w:r w:rsidRPr="00C65D6F">
        <w:rPr>
          <w:rFonts w:ascii="Comic Sans MS" w:hAnsi="Comic Sans MS"/>
        </w:rPr>
        <w:t>The R</w:t>
      </w:r>
      <w:r w:rsidR="00922BA0" w:rsidRPr="00C65D6F">
        <w:rPr>
          <w:rFonts w:ascii="Comic Sans MS" w:hAnsi="Comic Sans MS"/>
        </w:rPr>
        <w:t>S</w:t>
      </w:r>
      <w:r w:rsidRPr="00C65D6F">
        <w:rPr>
          <w:rFonts w:ascii="Comic Sans MS" w:hAnsi="Comic Sans MS"/>
        </w:rPr>
        <w:t>H</w:t>
      </w:r>
      <w:r w:rsidR="00922BA0" w:rsidRPr="00C65D6F">
        <w:rPr>
          <w:rFonts w:ascii="Comic Sans MS" w:hAnsi="Comic Sans MS"/>
        </w:rPr>
        <w:t>E policy is read alongside the school's current policies and procedures, including:</w:t>
      </w:r>
    </w:p>
    <w:p w14:paraId="6F72CD59" w14:textId="77777777" w:rsidR="00300010" w:rsidRPr="00C65D6F" w:rsidRDefault="00922BA0">
      <w:pPr>
        <w:pStyle w:val="ListBullet"/>
        <w:rPr>
          <w:rFonts w:ascii="Comic Sans MS" w:hAnsi="Comic Sans MS"/>
        </w:rPr>
      </w:pPr>
      <w:r w:rsidRPr="00C65D6F">
        <w:rPr>
          <w:rFonts w:ascii="Comic Sans MS" w:hAnsi="Comic Sans MS"/>
        </w:rPr>
        <w:t>Safeguarding and Child Protection Policy;</w:t>
      </w:r>
    </w:p>
    <w:p w14:paraId="223CD528" w14:textId="77777777" w:rsidR="00300010" w:rsidRPr="00C65D6F" w:rsidRDefault="00922BA0">
      <w:pPr>
        <w:pStyle w:val="ListBullet"/>
        <w:rPr>
          <w:rFonts w:ascii="Comic Sans MS" w:hAnsi="Comic Sans MS"/>
        </w:rPr>
      </w:pPr>
      <w:r w:rsidRPr="00C65D6F">
        <w:rPr>
          <w:rFonts w:ascii="Comic Sans MS" w:hAnsi="Comic Sans MS"/>
        </w:rPr>
        <w:t>Behaviour Policy;</w:t>
      </w:r>
    </w:p>
    <w:p w14:paraId="12CA22E5" w14:textId="77777777" w:rsidR="00300010" w:rsidRPr="00C65D6F" w:rsidRDefault="00922BA0">
      <w:pPr>
        <w:pStyle w:val="ListBullet"/>
        <w:rPr>
          <w:rFonts w:ascii="Comic Sans MS" w:hAnsi="Comic Sans MS"/>
        </w:rPr>
      </w:pPr>
      <w:r w:rsidRPr="00C65D6F">
        <w:rPr>
          <w:rFonts w:ascii="Comic Sans MS" w:hAnsi="Comic Sans MS"/>
        </w:rPr>
        <w:t>Online Safety / Acceptable Use arrangements;</w:t>
      </w:r>
    </w:p>
    <w:p w14:paraId="6FA969FB" w14:textId="77777777" w:rsidR="00300010" w:rsidRPr="00C65D6F" w:rsidRDefault="00922BA0">
      <w:pPr>
        <w:pStyle w:val="ListBullet"/>
        <w:rPr>
          <w:rFonts w:ascii="Comic Sans MS" w:hAnsi="Comic Sans MS"/>
        </w:rPr>
      </w:pPr>
      <w:r w:rsidRPr="00C65D6F">
        <w:rPr>
          <w:rFonts w:ascii="Comic Sans MS" w:hAnsi="Comic Sans MS"/>
        </w:rPr>
        <w:t>SEND Policy;</w:t>
      </w:r>
    </w:p>
    <w:p w14:paraId="5153A444" w14:textId="77777777" w:rsidR="00300010" w:rsidRPr="00C65D6F" w:rsidRDefault="00922BA0">
      <w:pPr>
        <w:pStyle w:val="ListBullet"/>
        <w:rPr>
          <w:rFonts w:ascii="Comic Sans MS" w:hAnsi="Comic Sans MS"/>
        </w:rPr>
      </w:pPr>
      <w:r w:rsidRPr="00C65D6F">
        <w:rPr>
          <w:rFonts w:ascii="Comic Sans MS" w:hAnsi="Comic Sans MS"/>
        </w:rPr>
        <w:t>Early Years Foundation Stage arrangements;</w:t>
      </w:r>
    </w:p>
    <w:p w14:paraId="10D195B4" w14:textId="77777777" w:rsidR="00300010" w:rsidRPr="00C65D6F" w:rsidRDefault="00922BA0">
      <w:pPr>
        <w:pStyle w:val="ListBullet"/>
        <w:rPr>
          <w:rFonts w:ascii="Comic Sans MS" w:hAnsi="Comic Sans MS"/>
        </w:rPr>
      </w:pPr>
      <w:r w:rsidRPr="00C65D6F">
        <w:rPr>
          <w:rFonts w:ascii="Comic Sans MS" w:hAnsi="Comic Sans MS"/>
        </w:rPr>
        <w:t>Life Lessons curriculum documentation and annual overviews;</w:t>
      </w:r>
    </w:p>
    <w:p w14:paraId="5368DB6D" w14:textId="77777777" w:rsidR="00300010" w:rsidRPr="00C65D6F" w:rsidRDefault="00922BA0">
      <w:pPr>
        <w:pStyle w:val="ListBullet"/>
        <w:rPr>
          <w:rFonts w:ascii="Comic Sans MS" w:hAnsi="Comic Sans MS"/>
        </w:rPr>
      </w:pPr>
      <w:r w:rsidRPr="00C65D6F">
        <w:rPr>
          <w:rFonts w:ascii="Comic Sans MS" w:hAnsi="Comic Sans MS"/>
        </w:rPr>
        <w:t>Equality and related inclusion policies, where applicable.</w:t>
      </w:r>
    </w:p>
    <w:p w14:paraId="78B6D7E9" w14:textId="77777777" w:rsidR="00300010" w:rsidRPr="00C65D6F" w:rsidRDefault="00922BA0">
      <w:pPr>
        <w:rPr>
          <w:rFonts w:ascii="Comic Sans MS" w:hAnsi="Comic Sans MS"/>
        </w:rPr>
      </w:pPr>
      <w:r w:rsidRPr="00C65D6F">
        <w:rPr>
          <w:rFonts w:ascii="Comic Sans MS" w:hAnsi="Comic Sans MS"/>
        </w:rPr>
        <w:t>Where a school policy title or local procedure changes, the current school-approved version will take precedence over an older title appearing in this document.</w:t>
      </w:r>
    </w:p>
    <w:p w14:paraId="1985F464" w14:textId="77777777" w:rsidR="00300010" w:rsidRPr="00C65D6F" w:rsidRDefault="00922BA0">
      <w:pPr>
        <w:pStyle w:val="Heading1"/>
        <w:rPr>
          <w:rFonts w:ascii="Comic Sans MS" w:hAnsi="Comic Sans MS"/>
        </w:rPr>
      </w:pPr>
      <w:r w:rsidRPr="00C65D6F">
        <w:rPr>
          <w:rFonts w:ascii="Comic Sans MS" w:hAnsi="Comic Sans MS"/>
        </w:rPr>
        <w:t>4) Cre</w:t>
      </w:r>
      <w:r w:rsidR="00FA31CE" w:rsidRPr="00C65D6F">
        <w:rPr>
          <w:rFonts w:ascii="Comic Sans MS" w:hAnsi="Comic Sans MS"/>
        </w:rPr>
        <w:t>ation and development of our RSH</w:t>
      </w:r>
      <w:r w:rsidRPr="00C65D6F">
        <w:rPr>
          <w:rFonts w:ascii="Comic Sans MS" w:hAnsi="Comic Sans MS"/>
        </w:rPr>
        <w:t>E curriculum</w:t>
      </w:r>
    </w:p>
    <w:p w14:paraId="42FD65C9" w14:textId="799DDE90" w:rsidR="00300010" w:rsidRPr="00C65D6F" w:rsidRDefault="00922BA0">
      <w:pPr>
        <w:pStyle w:val="Heading2"/>
        <w:rPr>
          <w:rFonts w:ascii="Comic Sans MS" w:hAnsi="Comic Sans MS"/>
        </w:rPr>
      </w:pPr>
      <w:r w:rsidRPr="00C65D6F">
        <w:rPr>
          <w:rFonts w:ascii="Comic Sans MS" w:hAnsi="Comic Sans MS"/>
        </w:rPr>
        <w:t xml:space="preserve">The </w:t>
      </w:r>
      <w:r w:rsidR="00EE3579">
        <w:rPr>
          <w:rFonts w:ascii="Comic Sans MS" w:hAnsi="Comic Sans MS"/>
        </w:rPr>
        <w:t>RSHE</w:t>
      </w:r>
      <w:r w:rsidRPr="00C65D6F">
        <w:rPr>
          <w:rFonts w:ascii="Comic Sans MS" w:hAnsi="Comic Sans MS"/>
        </w:rPr>
        <w:t xml:space="preserve"> Lead</w:t>
      </w:r>
      <w:r w:rsidR="00FA31CE" w:rsidRPr="00C65D6F">
        <w:rPr>
          <w:rFonts w:ascii="Comic Sans MS" w:hAnsi="Comic Sans MS"/>
        </w:rPr>
        <w:t>s</w:t>
      </w:r>
    </w:p>
    <w:p w14:paraId="0E36B879" w14:textId="44848B7F" w:rsidR="00300010" w:rsidRPr="00C65D6F" w:rsidRDefault="00922BA0">
      <w:pPr>
        <w:rPr>
          <w:rFonts w:ascii="Comic Sans MS" w:hAnsi="Comic Sans MS"/>
        </w:rPr>
      </w:pPr>
      <w:r w:rsidRPr="00C65D6F">
        <w:rPr>
          <w:rFonts w:ascii="Comic Sans MS" w:hAnsi="Comic Sans MS"/>
        </w:rPr>
        <w:t xml:space="preserve">The </w:t>
      </w:r>
      <w:r w:rsidR="00EE3579">
        <w:rPr>
          <w:rFonts w:ascii="Comic Sans MS" w:hAnsi="Comic Sans MS"/>
        </w:rPr>
        <w:t>RSHE</w:t>
      </w:r>
      <w:r w:rsidRPr="00C65D6F">
        <w:rPr>
          <w:rFonts w:ascii="Comic Sans MS" w:hAnsi="Comic Sans MS"/>
        </w:rPr>
        <w:t>/PSHE Subject Lead</w:t>
      </w:r>
      <w:r w:rsidR="00FA31CE" w:rsidRPr="00C65D6F">
        <w:rPr>
          <w:rFonts w:ascii="Comic Sans MS" w:hAnsi="Comic Sans MS"/>
        </w:rPr>
        <w:t>s are</w:t>
      </w:r>
      <w:r w:rsidRPr="00C65D6F">
        <w:rPr>
          <w:rFonts w:ascii="Comic Sans MS" w:hAnsi="Comic Sans MS"/>
        </w:rPr>
        <w:t xml:space="preserve"> responsible for creating, coordinating, reviewing</w:t>
      </w:r>
      <w:r w:rsidR="00FA31CE" w:rsidRPr="00C65D6F">
        <w:rPr>
          <w:rFonts w:ascii="Comic Sans MS" w:hAnsi="Comic Sans MS"/>
        </w:rPr>
        <w:t xml:space="preserve"> and evaluating the school's RSH</w:t>
      </w:r>
      <w:r w:rsidRPr="00C65D6F">
        <w:rPr>
          <w:rFonts w:ascii="Comic Sans MS" w:hAnsi="Comic Sans MS"/>
        </w:rPr>
        <w:t>E curriculum. The curriculum is developed as part of Life Lessons and is mapped against the statutory Relationships Education and Health Education content, the school's wider PSHE provision and relevant curriculum subjects.</w:t>
      </w:r>
    </w:p>
    <w:p w14:paraId="644FB560" w14:textId="77777777" w:rsidR="00300010" w:rsidRPr="00C65D6F" w:rsidRDefault="00922BA0">
      <w:pPr>
        <w:rPr>
          <w:rFonts w:ascii="Comic Sans MS" w:hAnsi="Comic Sans MS"/>
        </w:rPr>
      </w:pPr>
      <w:r w:rsidRPr="00C65D6F">
        <w:rPr>
          <w:rFonts w:ascii="Comic Sans MS" w:hAnsi="Comic Sans MS"/>
        </w:rPr>
        <w:t>The Subject Lead will ensure that planning is accurate, age- and stage-appropriate, carefully sequenced and responsive to pupils' needs. The curriculum will be reviewed in light of national guidance, safeguarding information, pupil voice, parent feedback, local need and emerging issues.</w:t>
      </w:r>
    </w:p>
    <w:p w14:paraId="60EDFF49" w14:textId="77777777" w:rsidR="00300010" w:rsidRPr="00C65D6F" w:rsidRDefault="00922BA0">
      <w:pPr>
        <w:rPr>
          <w:rFonts w:ascii="Comic Sans MS" w:hAnsi="Comic Sans MS"/>
        </w:rPr>
      </w:pPr>
      <w:r w:rsidRPr="00C65D6F">
        <w:rPr>
          <w:rFonts w:ascii="Comic Sans MS" w:hAnsi="Comic Sans MS"/>
        </w:rPr>
        <w:t>Resources may include the school's own Life Lessons materials, government resources, resources from reputable</w:t>
      </w:r>
      <w:r w:rsidR="00FA31CE" w:rsidRPr="00C65D6F">
        <w:rPr>
          <w:rFonts w:ascii="Comic Sans MS" w:hAnsi="Comic Sans MS"/>
        </w:rPr>
        <w:t xml:space="preserve"> professional </w:t>
      </w:r>
      <w:proofErr w:type="spellStart"/>
      <w:r w:rsidR="00FA31CE" w:rsidRPr="00C65D6F">
        <w:rPr>
          <w:rFonts w:ascii="Comic Sans MS" w:hAnsi="Comic Sans MS"/>
        </w:rPr>
        <w:t>organisations</w:t>
      </w:r>
      <w:proofErr w:type="spellEnd"/>
      <w:r w:rsidR="00FA31CE" w:rsidRPr="00C65D6F">
        <w:rPr>
          <w:rFonts w:ascii="Comic Sans MS" w:hAnsi="Comic Sans MS"/>
        </w:rPr>
        <w:t xml:space="preserve"> including</w:t>
      </w:r>
      <w:r w:rsidRPr="00C65D6F">
        <w:rPr>
          <w:rFonts w:ascii="Comic Sans MS" w:hAnsi="Comic Sans MS"/>
        </w:rPr>
        <w:t xml:space="preserve"> Pol-Ed lessons and supporting materials. Any Pol-Ed or other external resource is reviewed by school staff for age/stage appropriateness, accessibility, factual accuracy, balance and fit with this policy before use.</w:t>
      </w:r>
    </w:p>
    <w:p w14:paraId="25678470" w14:textId="77777777" w:rsidR="00300010" w:rsidRPr="00C65D6F" w:rsidRDefault="00922BA0">
      <w:pPr>
        <w:pStyle w:val="Heading2"/>
        <w:rPr>
          <w:rFonts w:ascii="Comic Sans MS" w:hAnsi="Comic Sans MS"/>
        </w:rPr>
      </w:pPr>
      <w:r w:rsidRPr="00C65D6F">
        <w:rPr>
          <w:rFonts w:ascii="Comic Sans MS" w:hAnsi="Comic Sans MS"/>
        </w:rPr>
        <w:lastRenderedPageBreak/>
        <w:t>Role of Governors</w:t>
      </w:r>
    </w:p>
    <w:p w14:paraId="0F508C44" w14:textId="0C2DD062" w:rsidR="00300010" w:rsidRPr="00C65D6F" w:rsidRDefault="00922BA0">
      <w:pPr>
        <w:rPr>
          <w:rFonts w:ascii="Comic Sans MS" w:hAnsi="Comic Sans MS"/>
        </w:rPr>
      </w:pPr>
      <w:r w:rsidRPr="00C65D6F">
        <w:rPr>
          <w:rFonts w:ascii="Comic Sans MS" w:hAnsi="Comic Sans MS"/>
        </w:rPr>
        <w:t xml:space="preserve">The governing body has overall responsibility for ensuring that the school has an appropriate </w:t>
      </w:r>
      <w:r w:rsidR="00EE3579">
        <w:rPr>
          <w:rFonts w:ascii="Comic Sans MS" w:hAnsi="Comic Sans MS"/>
        </w:rPr>
        <w:t>RSHE</w:t>
      </w:r>
      <w:r w:rsidRPr="00C65D6F">
        <w:rPr>
          <w:rFonts w:ascii="Comic Sans MS" w:hAnsi="Comic Sans MS"/>
        </w:rPr>
        <w:t xml:space="preserve"> policy and curriculum. Governors will ensure that the policy is available to parents and will monitor its implementation and review.</w:t>
      </w:r>
    </w:p>
    <w:p w14:paraId="2021BC6F" w14:textId="77777777" w:rsidR="00300010" w:rsidRPr="00C65D6F" w:rsidRDefault="00922BA0">
      <w:pPr>
        <w:pStyle w:val="Heading2"/>
        <w:rPr>
          <w:rFonts w:ascii="Comic Sans MS" w:hAnsi="Comic Sans MS"/>
        </w:rPr>
      </w:pPr>
      <w:r w:rsidRPr="00C65D6F">
        <w:rPr>
          <w:rFonts w:ascii="Comic Sans MS" w:hAnsi="Comic Sans MS"/>
        </w:rPr>
        <w:t>Pupil participation</w:t>
      </w:r>
    </w:p>
    <w:p w14:paraId="4946BCD9" w14:textId="1A59541E" w:rsidR="00300010" w:rsidRPr="00C65D6F" w:rsidRDefault="00922BA0">
      <w:pPr>
        <w:rPr>
          <w:rFonts w:ascii="Comic Sans MS" w:hAnsi="Comic Sans MS"/>
        </w:rPr>
      </w:pPr>
      <w:r w:rsidRPr="00C65D6F">
        <w:rPr>
          <w:rFonts w:ascii="Comic Sans MS" w:hAnsi="Comic Sans MS"/>
        </w:rPr>
        <w:t xml:space="preserve">Children will be involved in the evaluation and development of </w:t>
      </w:r>
      <w:r w:rsidR="00EE3579">
        <w:rPr>
          <w:rFonts w:ascii="Comic Sans MS" w:hAnsi="Comic Sans MS"/>
        </w:rPr>
        <w:t>RSHE</w:t>
      </w:r>
      <w:r w:rsidRPr="00C65D6F">
        <w:rPr>
          <w:rFonts w:ascii="Comic Sans MS" w:hAnsi="Comic Sans MS"/>
        </w:rPr>
        <w:t xml:space="preserve"> in age-appropriate ways. This may include pupil voice, assessment activities, questions about what children want and need to learn, and consultation</w:t>
      </w:r>
      <w:r w:rsidR="00FA31CE" w:rsidRPr="00C65D6F">
        <w:rPr>
          <w:rFonts w:ascii="Comic Sans MS" w:hAnsi="Comic Sans MS"/>
        </w:rPr>
        <w:t>s</w:t>
      </w:r>
      <w:r w:rsidRPr="00C65D6F">
        <w:rPr>
          <w:rFonts w:ascii="Comic Sans MS" w:hAnsi="Comic Sans MS"/>
        </w:rPr>
        <w:t xml:space="preserve"> about the strengths and areas for devel</w:t>
      </w:r>
      <w:r w:rsidR="00FA31CE" w:rsidRPr="00C65D6F">
        <w:rPr>
          <w:rFonts w:ascii="Comic Sans MS" w:hAnsi="Comic Sans MS"/>
        </w:rPr>
        <w:t>opment of the programme. Pupil V</w:t>
      </w:r>
      <w:r w:rsidRPr="00C65D6F">
        <w:rPr>
          <w:rFonts w:ascii="Comic Sans MS" w:hAnsi="Comic Sans MS"/>
        </w:rPr>
        <w:t>oice will inform planning without determining whether statutory content is taught.</w:t>
      </w:r>
    </w:p>
    <w:p w14:paraId="39C7B875" w14:textId="77777777" w:rsidR="00300010" w:rsidRPr="00C65D6F" w:rsidRDefault="00922BA0">
      <w:pPr>
        <w:pStyle w:val="Heading2"/>
        <w:rPr>
          <w:rFonts w:ascii="Comic Sans MS" w:hAnsi="Comic Sans MS"/>
        </w:rPr>
      </w:pPr>
      <w:r w:rsidRPr="00C65D6F">
        <w:rPr>
          <w:rFonts w:ascii="Comic Sans MS" w:hAnsi="Comic Sans MS"/>
        </w:rPr>
        <w:t>Working with parents, carers and the school community</w:t>
      </w:r>
    </w:p>
    <w:p w14:paraId="3DFC425C" w14:textId="4E436328" w:rsidR="00300010" w:rsidRPr="00C65D6F" w:rsidRDefault="00922BA0">
      <w:pPr>
        <w:rPr>
          <w:rFonts w:ascii="Comic Sans MS" w:hAnsi="Comic Sans MS"/>
        </w:rPr>
      </w:pPr>
      <w:r w:rsidRPr="00C65D6F">
        <w:rPr>
          <w:rFonts w:ascii="Comic Sans MS" w:hAnsi="Comic Sans MS"/>
        </w:rPr>
        <w:t xml:space="preserve">The school will proactively engage parents and carers when developing and reviewing this policy. Parents will be given clear information about the curriculum, including representative examples of resources, and will be able to request access to all </w:t>
      </w:r>
      <w:r w:rsidR="00EE3579">
        <w:rPr>
          <w:rFonts w:ascii="Comic Sans MS" w:hAnsi="Comic Sans MS"/>
        </w:rPr>
        <w:t>RSHE</w:t>
      </w:r>
      <w:r w:rsidRPr="00C65D6F">
        <w:rPr>
          <w:rFonts w:ascii="Comic Sans MS" w:hAnsi="Comic Sans MS"/>
        </w:rPr>
        <w:t xml:space="preserve"> curriculum materials used.</w:t>
      </w:r>
    </w:p>
    <w:p w14:paraId="118AA5CE" w14:textId="77777777" w:rsidR="00300010" w:rsidRPr="00C65D6F" w:rsidRDefault="00922BA0">
      <w:pPr>
        <w:rPr>
          <w:rFonts w:ascii="Comic Sans MS" w:hAnsi="Comic Sans MS"/>
        </w:rPr>
      </w:pPr>
      <w:r w:rsidRPr="00C65D6F">
        <w:rPr>
          <w:rFonts w:ascii="Comic Sans MS" w:hAnsi="Comic Sans MS"/>
        </w:rPr>
        <w:t xml:space="preserve">Where </w:t>
      </w:r>
      <w:r w:rsidR="00FA31CE" w:rsidRPr="00C65D6F">
        <w:rPr>
          <w:rFonts w:ascii="Comic Sans MS" w:hAnsi="Comic Sans MS"/>
        </w:rPr>
        <w:t>puberty is taught</w:t>
      </w:r>
      <w:r w:rsidRPr="00C65D6F">
        <w:rPr>
          <w:rFonts w:ascii="Comic Sans MS" w:hAnsi="Comic Sans MS"/>
        </w:rPr>
        <w:t>, parents will be informed in advance about the content and offered an opportunity to discuss the teaching and view the materials. Where the school needs to respond to an emerging safeguarding or local issue by teaching content that represents a significant departure from the published policy, parents will be informed in advance wherever reasonably practicable and relevant materials will be made available on request.</w:t>
      </w:r>
    </w:p>
    <w:p w14:paraId="0F079646" w14:textId="77777777" w:rsidR="00300010" w:rsidRPr="00C65D6F" w:rsidRDefault="00922BA0">
      <w:pPr>
        <w:pStyle w:val="Heading1"/>
        <w:rPr>
          <w:rFonts w:ascii="Comic Sans MS" w:hAnsi="Comic Sans MS"/>
        </w:rPr>
      </w:pPr>
      <w:r w:rsidRPr="00C65D6F">
        <w:rPr>
          <w:rFonts w:ascii="Comic Sans MS" w:hAnsi="Comic Sans MS"/>
        </w:rPr>
        <w:t>5) Relationships and Health Education programme of study</w:t>
      </w:r>
    </w:p>
    <w:p w14:paraId="311CA504" w14:textId="77777777" w:rsidR="00300010" w:rsidRPr="00C65D6F" w:rsidRDefault="00922BA0">
      <w:pPr>
        <w:rPr>
          <w:rFonts w:ascii="Comic Sans MS" w:hAnsi="Comic Sans MS"/>
        </w:rPr>
      </w:pPr>
      <w:r w:rsidRPr="00C65D6F">
        <w:rPr>
          <w:rFonts w:ascii="Comic Sans MS" w:hAnsi="Comic Sans MS"/>
        </w:rPr>
        <w:t>The statutory Relationships Education and Health Education content is embedded throughout our Life Lessons curriculum and reinforced through the wider curriculum and school ethos. Detailed year-group coverage is set out in the Life Lessons curriculum overviews, which are available to parents and carers.</w:t>
      </w:r>
    </w:p>
    <w:p w14:paraId="32F35D06" w14:textId="77777777" w:rsidR="00300010" w:rsidRPr="00C65D6F" w:rsidRDefault="00922BA0">
      <w:pPr>
        <w:pStyle w:val="Heading2"/>
        <w:rPr>
          <w:rFonts w:ascii="Comic Sans MS" w:hAnsi="Comic Sans MS"/>
        </w:rPr>
      </w:pPr>
      <w:r w:rsidRPr="00C65D6F">
        <w:rPr>
          <w:rFonts w:ascii="Comic Sans MS" w:hAnsi="Comic Sans MS"/>
        </w:rPr>
        <w:t>Relationships Education</w:t>
      </w:r>
    </w:p>
    <w:p w14:paraId="3D448F77" w14:textId="77777777" w:rsidR="00300010" w:rsidRPr="00C65D6F" w:rsidRDefault="00922BA0">
      <w:pPr>
        <w:rPr>
          <w:rFonts w:ascii="Comic Sans MS" w:hAnsi="Comic Sans MS"/>
        </w:rPr>
      </w:pPr>
      <w:r w:rsidRPr="00C65D6F">
        <w:rPr>
          <w:rFonts w:ascii="Comic Sans MS" w:hAnsi="Comic Sans MS"/>
        </w:rPr>
        <w:t>By the end of primary school, pupils will receive progressive teaching about:</w:t>
      </w:r>
    </w:p>
    <w:p w14:paraId="0A408B5F" w14:textId="77777777" w:rsidR="00300010" w:rsidRPr="00C65D6F" w:rsidRDefault="00922BA0">
      <w:pPr>
        <w:pStyle w:val="ListBullet"/>
        <w:rPr>
          <w:rFonts w:ascii="Comic Sans MS" w:hAnsi="Comic Sans MS"/>
        </w:rPr>
      </w:pPr>
      <w:r w:rsidRPr="00C65D6F">
        <w:rPr>
          <w:rFonts w:ascii="Comic Sans MS" w:hAnsi="Comic Sans MS"/>
        </w:rPr>
        <w:t>families and people who care for them, including different family structures and respect for family differences;</w:t>
      </w:r>
    </w:p>
    <w:p w14:paraId="692F6565" w14:textId="77777777" w:rsidR="00300010" w:rsidRPr="00C65D6F" w:rsidRDefault="00922BA0">
      <w:pPr>
        <w:pStyle w:val="ListBullet"/>
        <w:rPr>
          <w:rFonts w:ascii="Comic Sans MS" w:hAnsi="Comic Sans MS"/>
        </w:rPr>
      </w:pPr>
      <w:r w:rsidRPr="00C65D6F">
        <w:rPr>
          <w:rFonts w:ascii="Comic Sans MS" w:hAnsi="Comic Sans MS"/>
        </w:rPr>
        <w:t>caring friendships, including making and maintaining friendships, managing conflict and seeking help;</w:t>
      </w:r>
    </w:p>
    <w:p w14:paraId="5A51C222" w14:textId="77777777" w:rsidR="00300010" w:rsidRPr="00C65D6F" w:rsidRDefault="00922BA0">
      <w:pPr>
        <w:pStyle w:val="ListBullet"/>
        <w:rPr>
          <w:rFonts w:ascii="Comic Sans MS" w:hAnsi="Comic Sans MS"/>
        </w:rPr>
      </w:pPr>
      <w:r w:rsidRPr="00C65D6F">
        <w:rPr>
          <w:rFonts w:ascii="Comic Sans MS" w:hAnsi="Comic Sans MS"/>
        </w:rPr>
        <w:t>respectful, kind relationships, including boundaries, communication, assertiveness, self-respect, stereotypes, bullying and how to challenge harmful behaviour;</w:t>
      </w:r>
    </w:p>
    <w:p w14:paraId="0D918884" w14:textId="77777777" w:rsidR="00300010" w:rsidRPr="00C65D6F" w:rsidRDefault="00922BA0">
      <w:pPr>
        <w:pStyle w:val="ListBullet"/>
        <w:rPr>
          <w:rFonts w:ascii="Comic Sans MS" w:hAnsi="Comic Sans MS"/>
        </w:rPr>
      </w:pPr>
      <w:r w:rsidRPr="00C65D6F">
        <w:rPr>
          <w:rFonts w:ascii="Comic Sans MS" w:hAnsi="Comic Sans MS"/>
        </w:rPr>
        <w:t>online safety and awareness, including respectful online relationships, privacy, sharing information and images, online abuse, bullying and harassment, age restrictions and how to report concerns;</w:t>
      </w:r>
    </w:p>
    <w:p w14:paraId="232EF497" w14:textId="77777777" w:rsidR="00300010" w:rsidRPr="00C65D6F" w:rsidRDefault="00922BA0">
      <w:pPr>
        <w:pStyle w:val="ListBullet"/>
        <w:rPr>
          <w:rFonts w:ascii="Comic Sans MS" w:hAnsi="Comic Sans MS"/>
        </w:rPr>
      </w:pPr>
      <w:r w:rsidRPr="00C65D6F">
        <w:rPr>
          <w:rFonts w:ascii="Comic Sans MS" w:hAnsi="Comic Sans MS"/>
        </w:rPr>
        <w:lastRenderedPageBreak/>
        <w:t>being safe, including recognising emotional, physical and sexual abuse, understanding that abuse is never the child's fault, recognising risks and knowing how and where to seek help;</w:t>
      </w:r>
    </w:p>
    <w:p w14:paraId="5B6A0704" w14:textId="77777777" w:rsidR="00300010" w:rsidRPr="00C65D6F" w:rsidRDefault="00922BA0">
      <w:pPr>
        <w:pStyle w:val="ListBullet"/>
        <w:rPr>
          <w:rFonts w:ascii="Comic Sans MS" w:hAnsi="Comic Sans MS"/>
        </w:rPr>
      </w:pPr>
      <w:r w:rsidRPr="00C65D6F">
        <w:rPr>
          <w:rFonts w:ascii="Comic Sans MS" w:hAnsi="Comic Sans MS"/>
        </w:rPr>
        <w:t>the importance of kindness, care, mutual respect and attention to the needs and preferences of others in relationships.</w:t>
      </w:r>
    </w:p>
    <w:p w14:paraId="0D9C0D35" w14:textId="77777777" w:rsidR="00300010" w:rsidRPr="00C65D6F" w:rsidRDefault="00922BA0">
      <w:pPr>
        <w:rPr>
          <w:rFonts w:ascii="Comic Sans MS" w:hAnsi="Comic Sans MS"/>
        </w:rPr>
      </w:pPr>
      <w:r w:rsidRPr="00C65D6F">
        <w:rPr>
          <w:rFonts w:ascii="Comic Sans MS" w:hAnsi="Comic Sans MS"/>
        </w:rPr>
        <w:t>The school will teach protective and preventative content in an age- and stage-appropriate way. Teaching will not be designed to alarm pupils or normalise harmful behaviours.</w:t>
      </w:r>
    </w:p>
    <w:p w14:paraId="36B35B2F" w14:textId="77777777" w:rsidR="00300010" w:rsidRPr="00C65D6F" w:rsidRDefault="00922BA0">
      <w:pPr>
        <w:pStyle w:val="Heading2"/>
        <w:rPr>
          <w:rFonts w:ascii="Comic Sans MS" w:hAnsi="Comic Sans MS"/>
        </w:rPr>
      </w:pPr>
      <w:r w:rsidRPr="00C65D6F">
        <w:rPr>
          <w:rFonts w:ascii="Comic Sans MS" w:hAnsi="Comic Sans MS"/>
        </w:rPr>
        <w:t>Health Education</w:t>
      </w:r>
    </w:p>
    <w:p w14:paraId="19BDE501" w14:textId="77777777" w:rsidR="00300010" w:rsidRPr="00C65D6F" w:rsidRDefault="00922BA0">
      <w:pPr>
        <w:rPr>
          <w:rFonts w:ascii="Comic Sans MS" w:hAnsi="Comic Sans MS"/>
        </w:rPr>
      </w:pPr>
      <w:r w:rsidRPr="00C65D6F">
        <w:rPr>
          <w:rFonts w:ascii="Comic Sans MS" w:hAnsi="Comic Sans MS"/>
        </w:rPr>
        <w:t>Our Health Education provision includes progressive teaching about:</w:t>
      </w:r>
    </w:p>
    <w:p w14:paraId="2507236B" w14:textId="77777777" w:rsidR="00300010" w:rsidRPr="00C65D6F" w:rsidRDefault="00922BA0">
      <w:pPr>
        <w:pStyle w:val="ListBullet"/>
        <w:rPr>
          <w:rFonts w:ascii="Comic Sans MS" w:hAnsi="Comic Sans MS"/>
        </w:rPr>
      </w:pPr>
      <w:r w:rsidRPr="00C65D6F">
        <w:rPr>
          <w:rFonts w:ascii="Comic Sans MS" w:hAnsi="Comic Sans MS"/>
        </w:rPr>
        <w:t>general wellbeing, emotions, resilience, self-care, loneliness, bereavement, mental wellbeing and seeking support;</w:t>
      </w:r>
    </w:p>
    <w:p w14:paraId="1DE6815C" w14:textId="77777777" w:rsidR="00300010" w:rsidRPr="00C65D6F" w:rsidRDefault="00922BA0">
      <w:pPr>
        <w:pStyle w:val="ListBullet"/>
        <w:rPr>
          <w:rFonts w:ascii="Comic Sans MS" w:hAnsi="Comic Sans MS"/>
        </w:rPr>
      </w:pPr>
      <w:r w:rsidRPr="00C65D6F">
        <w:rPr>
          <w:rFonts w:ascii="Comic Sans MS" w:hAnsi="Comic Sans MS"/>
        </w:rPr>
        <w:t>online wellbeing and the impact of online behaviour and content on health and wellbeing;</w:t>
      </w:r>
    </w:p>
    <w:p w14:paraId="2EFD76D2" w14:textId="77777777" w:rsidR="00300010" w:rsidRPr="00C65D6F" w:rsidRDefault="00922BA0">
      <w:pPr>
        <w:pStyle w:val="ListBullet"/>
        <w:rPr>
          <w:rFonts w:ascii="Comic Sans MS" w:hAnsi="Comic Sans MS"/>
        </w:rPr>
      </w:pPr>
      <w:r w:rsidRPr="00C65D6F">
        <w:rPr>
          <w:rFonts w:ascii="Comic Sans MS" w:hAnsi="Comic Sans MS"/>
        </w:rPr>
        <w:t>physical activity, sleep, healthy eating and maintaining a healthy relationship with food;</w:t>
      </w:r>
    </w:p>
    <w:p w14:paraId="4CC42C4E" w14:textId="77777777" w:rsidR="00300010" w:rsidRPr="00C65D6F" w:rsidRDefault="00922BA0">
      <w:pPr>
        <w:pStyle w:val="ListBullet"/>
        <w:rPr>
          <w:rFonts w:ascii="Comic Sans MS" w:hAnsi="Comic Sans MS"/>
        </w:rPr>
      </w:pPr>
      <w:r w:rsidRPr="00C65D6F">
        <w:rPr>
          <w:rFonts w:ascii="Comic Sans MS" w:hAnsi="Comic Sans MS"/>
        </w:rPr>
        <w:t>drugs, alcohol, smoking, vaping and nicotine products and their associated risks;</w:t>
      </w:r>
    </w:p>
    <w:p w14:paraId="1CE49A42" w14:textId="77777777" w:rsidR="00300010" w:rsidRPr="00C65D6F" w:rsidRDefault="00922BA0">
      <w:pPr>
        <w:pStyle w:val="ListBullet"/>
        <w:rPr>
          <w:rFonts w:ascii="Comic Sans MS" w:hAnsi="Comic Sans MS"/>
        </w:rPr>
      </w:pPr>
      <w:r w:rsidRPr="00C65D6F">
        <w:rPr>
          <w:rFonts w:ascii="Comic Sans MS" w:hAnsi="Comic Sans MS"/>
        </w:rPr>
        <w:t>health protection and prevention, including hygiene, germs, dental health, sun safety, sleep, illness and vaccination/immunisation;</w:t>
      </w:r>
    </w:p>
    <w:p w14:paraId="08FE9B5D" w14:textId="77777777" w:rsidR="00300010" w:rsidRPr="00C65D6F" w:rsidRDefault="00922BA0">
      <w:pPr>
        <w:pStyle w:val="ListBullet"/>
        <w:rPr>
          <w:rFonts w:ascii="Comic Sans MS" w:hAnsi="Comic Sans MS"/>
        </w:rPr>
      </w:pPr>
      <w:r w:rsidRPr="00C65D6F">
        <w:rPr>
          <w:rFonts w:ascii="Comic Sans MS" w:hAnsi="Comic Sans MS"/>
        </w:rPr>
        <w:t>personal safety, including hazards, road, rail and water safety;</w:t>
      </w:r>
    </w:p>
    <w:p w14:paraId="2A9AF9E8" w14:textId="77777777" w:rsidR="00300010" w:rsidRPr="00C65D6F" w:rsidRDefault="00922BA0">
      <w:pPr>
        <w:pStyle w:val="ListBullet"/>
        <w:rPr>
          <w:rFonts w:ascii="Comic Sans MS" w:hAnsi="Comic Sans MS"/>
        </w:rPr>
      </w:pPr>
      <w:r w:rsidRPr="00C65D6F">
        <w:rPr>
          <w:rFonts w:ascii="Comic Sans MS" w:hAnsi="Comic Sans MS"/>
        </w:rPr>
        <w:t>basic first aid and how to make an effective emergency call;</w:t>
      </w:r>
    </w:p>
    <w:p w14:paraId="1671F8D3" w14:textId="77777777" w:rsidR="00300010" w:rsidRPr="00C65D6F" w:rsidRDefault="00922BA0">
      <w:pPr>
        <w:pStyle w:val="ListBullet"/>
        <w:rPr>
          <w:rFonts w:ascii="Comic Sans MS" w:hAnsi="Comic Sans MS"/>
        </w:rPr>
      </w:pPr>
      <w:r w:rsidRPr="00C65D6F">
        <w:rPr>
          <w:rFonts w:ascii="Comic Sans MS" w:hAnsi="Comic Sans MS"/>
        </w:rPr>
        <w:t>developing bodies, including growth, puberty, correct anatomical terminology, personal boundaries and menstruation.</w:t>
      </w:r>
    </w:p>
    <w:p w14:paraId="2D636B54" w14:textId="77777777" w:rsidR="00300010" w:rsidRPr="00C65D6F" w:rsidRDefault="00922BA0">
      <w:pPr>
        <w:rPr>
          <w:rFonts w:ascii="Comic Sans MS" w:hAnsi="Comic Sans MS"/>
        </w:rPr>
      </w:pPr>
      <w:r w:rsidRPr="00C65D6F">
        <w:rPr>
          <w:rFonts w:ascii="Comic Sans MS" w:hAnsi="Comic Sans MS"/>
        </w:rPr>
        <w:t>The school will make appropriate practical arrangements to support pupils through puberty and menstruation, including access to period products where needed.</w:t>
      </w:r>
    </w:p>
    <w:p w14:paraId="5A194397" w14:textId="77777777" w:rsidR="00300010" w:rsidRPr="00C65D6F" w:rsidRDefault="00922BA0">
      <w:pPr>
        <w:pStyle w:val="Heading1"/>
        <w:rPr>
          <w:rFonts w:ascii="Comic Sans MS" w:hAnsi="Comic Sans MS"/>
        </w:rPr>
      </w:pPr>
      <w:r w:rsidRPr="00C65D6F">
        <w:rPr>
          <w:rFonts w:ascii="Comic Sans MS" w:hAnsi="Comic Sans MS"/>
        </w:rPr>
        <w:t>6) Primary Sex Education programme of study</w:t>
      </w:r>
    </w:p>
    <w:p w14:paraId="1642DC0A" w14:textId="77777777" w:rsidR="00300010" w:rsidRPr="00C65D6F" w:rsidRDefault="00922BA0">
      <w:pPr>
        <w:rPr>
          <w:rFonts w:ascii="Comic Sans MS" w:hAnsi="Comic Sans MS"/>
        </w:rPr>
      </w:pPr>
      <w:r w:rsidRPr="00C65D6F">
        <w:rPr>
          <w:rFonts w:ascii="Comic Sans MS" w:hAnsi="Comic Sans MS"/>
        </w:rPr>
        <w:t xml:space="preserve">Sex Education is not compulsory in primary schools. Birkdale Primary School has chosen to provide a limited </w:t>
      </w:r>
      <w:r w:rsidR="00FA31CE" w:rsidRPr="00C65D6F">
        <w:rPr>
          <w:rFonts w:ascii="Comic Sans MS" w:hAnsi="Comic Sans MS"/>
        </w:rPr>
        <w:t xml:space="preserve">on </w:t>
      </w:r>
      <w:proofErr w:type="spellStart"/>
      <w:r w:rsidRPr="00C65D6F">
        <w:rPr>
          <w:rFonts w:ascii="Comic Sans MS" w:hAnsi="Comic Sans MS"/>
        </w:rPr>
        <w:t>programme</w:t>
      </w:r>
      <w:proofErr w:type="spellEnd"/>
      <w:r w:rsidRPr="00C65D6F">
        <w:rPr>
          <w:rFonts w:ascii="Comic Sans MS" w:hAnsi="Comic Sans MS"/>
        </w:rPr>
        <w:t xml:space="preserve"> of </w:t>
      </w:r>
      <w:r w:rsidR="00FA31CE" w:rsidRPr="00C65D6F">
        <w:rPr>
          <w:rFonts w:ascii="Comic Sans MS" w:hAnsi="Comic Sans MS"/>
        </w:rPr>
        <w:t>‘S</w:t>
      </w:r>
      <w:r w:rsidRPr="00C65D6F">
        <w:rPr>
          <w:rFonts w:ascii="Comic Sans MS" w:hAnsi="Comic Sans MS"/>
        </w:rPr>
        <w:t>ex Education</w:t>
      </w:r>
      <w:r w:rsidR="00FA31CE" w:rsidRPr="00C65D6F">
        <w:rPr>
          <w:rFonts w:ascii="Comic Sans MS" w:hAnsi="Comic Sans MS"/>
        </w:rPr>
        <w:t>’ in Year 5</w:t>
      </w:r>
      <w:r w:rsidRPr="00C65D6F">
        <w:rPr>
          <w:rFonts w:ascii="Comic Sans MS" w:hAnsi="Comic Sans MS"/>
        </w:rPr>
        <w:t xml:space="preserve"> </w:t>
      </w:r>
      <w:r w:rsidR="00FA31CE" w:rsidRPr="00C65D6F">
        <w:rPr>
          <w:rFonts w:ascii="Comic Sans MS" w:hAnsi="Comic Sans MS"/>
        </w:rPr>
        <w:t xml:space="preserve">in line with the </w:t>
      </w:r>
      <w:r w:rsidRPr="00C65D6F">
        <w:rPr>
          <w:rFonts w:ascii="Comic Sans MS" w:hAnsi="Comic Sans MS"/>
        </w:rPr>
        <w:t xml:space="preserve">statutory Science </w:t>
      </w:r>
      <w:r w:rsidR="00FA31CE" w:rsidRPr="00C65D6F">
        <w:rPr>
          <w:rFonts w:ascii="Comic Sans MS" w:hAnsi="Comic Sans MS"/>
        </w:rPr>
        <w:t xml:space="preserve">curriculum for Year 5 for reproduction and how humans develop from birth to old age. </w:t>
      </w:r>
    </w:p>
    <w:p w14:paraId="1E00197E" w14:textId="77777777" w:rsidR="00300010" w:rsidRPr="00C65D6F" w:rsidRDefault="00FA31CE">
      <w:pPr>
        <w:rPr>
          <w:rFonts w:ascii="Comic Sans MS" w:hAnsi="Comic Sans MS"/>
        </w:rPr>
      </w:pPr>
      <w:r w:rsidRPr="00C65D6F">
        <w:rPr>
          <w:rFonts w:ascii="Comic Sans MS" w:hAnsi="Comic Sans MS"/>
        </w:rPr>
        <w:t xml:space="preserve">A separate </w:t>
      </w:r>
      <w:proofErr w:type="spellStart"/>
      <w:r w:rsidRPr="00C65D6F">
        <w:rPr>
          <w:rFonts w:ascii="Comic Sans MS" w:hAnsi="Comic Sans MS"/>
        </w:rPr>
        <w:t>programme</w:t>
      </w:r>
      <w:proofErr w:type="spellEnd"/>
      <w:r w:rsidRPr="00C65D6F">
        <w:rPr>
          <w:rFonts w:ascii="Comic Sans MS" w:hAnsi="Comic Sans MS"/>
        </w:rPr>
        <w:t xml:space="preserve"> of study for Year 5 has been created to detail their learning through combined Science and Life Lessons and this can be found on the school website alongside the Life Lessons overviews. </w:t>
      </w:r>
      <w:r w:rsidR="00A23FDD" w:rsidRPr="00C65D6F">
        <w:rPr>
          <w:rFonts w:ascii="Comic Sans MS" w:hAnsi="Comic Sans MS"/>
        </w:rPr>
        <w:t xml:space="preserve">Parent’s will be notified in advance of this teaching beginning and will be invited to view relevant teaching resources and meet with RSHE Leads and Year 5 teachers to discuss any questions or concerns they may have. </w:t>
      </w:r>
    </w:p>
    <w:p w14:paraId="04DEB08C" w14:textId="77777777" w:rsidR="00A23FDD" w:rsidRPr="00C65D6F" w:rsidRDefault="00A23FDD">
      <w:pPr>
        <w:rPr>
          <w:rFonts w:ascii="Comic Sans MS" w:hAnsi="Comic Sans MS"/>
        </w:rPr>
      </w:pPr>
      <w:r w:rsidRPr="00C65D6F">
        <w:rPr>
          <w:rFonts w:ascii="Comic Sans MS" w:hAnsi="Comic Sans MS"/>
        </w:rPr>
        <w:t xml:space="preserve">As the above teaching is based on the compulsory content of the RHE and Science curriculums, children cannot be withdrawn from these lessons. We believe it is essential that children receive age-appropriate learning and a chance to dispel myths and </w:t>
      </w:r>
      <w:proofErr w:type="spellStart"/>
      <w:r w:rsidRPr="00C65D6F">
        <w:rPr>
          <w:rFonts w:ascii="Comic Sans MS" w:hAnsi="Comic Sans MS"/>
        </w:rPr>
        <w:t>rumours</w:t>
      </w:r>
      <w:proofErr w:type="spellEnd"/>
      <w:r w:rsidRPr="00C65D6F">
        <w:rPr>
          <w:rFonts w:ascii="Comic Sans MS" w:hAnsi="Comic Sans MS"/>
        </w:rPr>
        <w:t xml:space="preserve"> during lessons times, rather than relying on playground ‘gossip’ so all parents are encouraged to speak to the RSHE Leads if this is something they were considering doing. </w:t>
      </w:r>
    </w:p>
    <w:p w14:paraId="6E27A00E" w14:textId="77777777" w:rsidR="00300010" w:rsidRPr="00C65D6F" w:rsidRDefault="00922BA0">
      <w:pPr>
        <w:pStyle w:val="Heading2"/>
        <w:rPr>
          <w:rFonts w:ascii="Comic Sans MS" w:hAnsi="Comic Sans MS"/>
        </w:rPr>
      </w:pPr>
      <w:r w:rsidRPr="00C65D6F">
        <w:rPr>
          <w:rFonts w:ascii="Comic Sans MS" w:hAnsi="Comic Sans MS"/>
        </w:rPr>
        <w:lastRenderedPageBreak/>
        <w:t>Sensitive questions and topics</w:t>
      </w:r>
    </w:p>
    <w:p w14:paraId="013437F2" w14:textId="77777777" w:rsidR="00300010" w:rsidRPr="00C65D6F" w:rsidRDefault="00922BA0">
      <w:pPr>
        <w:rPr>
          <w:rFonts w:ascii="Comic Sans MS" w:hAnsi="Comic Sans MS"/>
        </w:rPr>
      </w:pPr>
      <w:r w:rsidRPr="00C65D6F">
        <w:rPr>
          <w:rFonts w:ascii="Comic Sans MS" w:hAnsi="Comic Sans MS"/>
        </w:rPr>
        <w:t>Children may raise questions about topics that are outside the planned content for their age group, including IVF, contraception, abortion, miscarriage, STIs, pornography, sexual activity or other sensitive issues. Staff will respond calmly, factually and in an age-appropriate manner. Staff will not introduce detailed content that is not part of the planned curriculum simply because a pupil has asked a question.</w:t>
      </w:r>
    </w:p>
    <w:p w14:paraId="4B52DFF5" w14:textId="77777777" w:rsidR="00300010" w:rsidRPr="00C65D6F" w:rsidRDefault="00922BA0">
      <w:pPr>
        <w:rPr>
          <w:rFonts w:ascii="Comic Sans MS" w:hAnsi="Comic Sans MS"/>
        </w:rPr>
      </w:pPr>
      <w:r w:rsidRPr="00C65D6F">
        <w:rPr>
          <w:rFonts w:ascii="Comic Sans MS" w:hAnsi="Comic Sans MS"/>
        </w:rPr>
        <w:t>Where a question is outside the planned content, the teacher may explain that it is not part of the lesson, give a brief age-appropriate response where this is necessary to avoid leaving a child confused or unsafe, or refer the question to the Subject Lead/Headteacher and/or parents as appropriate. Where a question or comment raises a safeguarding concern, the school's safeguarding procedures will be followed immediately.</w:t>
      </w:r>
    </w:p>
    <w:p w14:paraId="456697D1" w14:textId="77777777" w:rsidR="00300010" w:rsidRPr="00C65D6F" w:rsidRDefault="00A23FDD">
      <w:pPr>
        <w:pStyle w:val="Heading1"/>
        <w:rPr>
          <w:rFonts w:ascii="Comic Sans MS" w:hAnsi="Comic Sans MS"/>
        </w:rPr>
      </w:pPr>
      <w:r w:rsidRPr="00C65D6F">
        <w:rPr>
          <w:rFonts w:ascii="Comic Sans MS" w:hAnsi="Comic Sans MS"/>
        </w:rPr>
        <w:t>7) Delivery of our RSH</w:t>
      </w:r>
      <w:r w:rsidR="00922BA0" w:rsidRPr="00C65D6F">
        <w:rPr>
          <w:rFonts w:ascii="Comic Sans MS" w:hAnsi="Comic Sans MS"/>
        </w:rPr>
        <w:t>E curriculum</w:t>
      </w:r>
    </w:p>
    <w:p w14:paraId="0BDAFBC1" w14:textId="4E33F379" w:rsidR="00300010" w:rsidRPr="00C65D6F" w:rsidRDefault="00EE3579">
      <w:pPr>
        <w:rPr>
          <w:rFonts w:ascii="Comic Sans MS" w:hAnsi="Comic Sans MS"/>
        </w:rPr>
      </w:pPr>
      <w:r>
        <w:rPr>
          <w:rFonts w:ascii="Comic Sans MS" w:hAnsi="Comic Sans MS"/>
        </w:rPr>
        <w:t>RSHE</w:t>
      </w:r>
      <w:r w:rsidR="00922BA0" w:rsidRPr="00C65D6F">
        <w:rPr>
          <w:rFonts w:ascii="Comic Sans MS" w:hAnsi="Comic Sans MS"/>
        </w:rPr>
        <w:t xml:space="preserve"> is a continuous process of learning. At Birkdale Primary School, it is delivered primarily through Life Lessons, with statutory content reinforced across other curriculum areas and through the wider life of the school.</w:t>
      </w:r>
    </w:p>
    <w:p w14:paraId="6AF8D1E2" w14:textId="77777777" w:rsidR="00300010" w:rsidRPr="00C65D6F" w:rsidRDefault="00922BA0">
      <w:pPr>
        <w:pStyle w:val="ListBullet"/>
        <w:rPr>
          <w:rFonts w:ascii="Comic Sans MS" w:hAnsi="Comic Sans MS"/>
        </w:rPr>
      </w:pPr>
      <w:r w:rsidRPr="00C65D6F">
        <w:rPr>
          <w:rFonts w:ascii="Comic Sans MS" w:hAnsi="Comic Sans MS"/>
        </w:rPr>
        <w:t>Life Lessons, including the school's planned Relationships, Health and wider PSHE/SMSC provision;</w:t>
      </w:r>
    </w:p>
    <w:p w14:paraId="6698C2D6" w14:textId="77777777" w:rsidR="00300010" w:rsidRPr="00C65D6F" w:rsidRDefault="00922BA0">
      <w:pPr>
        <w:pStyle w:val="ListBullet"/>
        <w:rPr>
          <w:rFonts w:ascii="Comic Sans MS" w:hAnsi="Comic Sans MS"/>
        </w:rPr>
      </w:pPr>
      <w:r w:rsidRPr="00C65D6F">
        <w:rPr>
          <w:rFonts w:ascii="Comic Sans MS" w:hAnsi="Comic Sans MS"/>
        </w:rPr>
        <w:t>Science, including statutory content relating to the human body, growth and puberty;</w:t>
      </w:r>
    </w:p>
    <w:p w14:paraId="0D776FC6" w14:textId="77777777" w:rsidR="00300010" w:rsidRPr="00C65D6F" w:rsidRDefault="00922BA0">
      <w:pPr>
        <w:pStyle w:val="ListBullet"/>
        <w:rPr>
          <w:rFonts w:ascii="Comic Sans MS" w:hAnsi="Comic Sans MS"/>
        </w:rPr>
      </w:pPr>
      <w:r w:rsidRPr="00C65D6F">
        <w:rPr>
          <w:rFonts w:ascii="Comic Sans MS" w:hAnsi="Comic Sans MS"/>
        </w:rPr>
        <w:t>Computing and online safety;</w:t>
      </w:r>
    </w:p>
    <w:p w14:paraId="3A07C537" w14:textId="77777777" w:rsidR="00300010" w:rsidRPr="00C65D6F" w:rsidRDefault="00922BA0">
      <w:pPr>
        <w:pStyle w:val="ListBullet"/>
        <w:rPr>
          <w:rFonts w:ascii="Comic Sans MS" w:hAnsi="Comic Sans MS"/>
        </w:rPr>
      </w:pPr>
      <w:r w:rsidRPr="00C65D6F">
        <w:rPr>
          <w:rFonts w:ascii="Comic Sans MS" w:hAnsi="Comic Sans MS"/>
        </w:rPr>
        <w:t>PE and physical health;</w:t>
      </w:r>
    </w:p>
    <w:p w14:paraId="572590FE" w14:textId="77777777" w:rsidR="00300010" w:rsidRPr="00C65D6F" w:rsidRDefault="00922BA0">
      <w:pPr>
        <w:pStyle w:val="ListBullet"/>
        <w:rPr>
          <w:rFonts w:ascii="Comic Sans MS" w:hAnsi="Comic Sans MS"/>
        </w:rPr>
      </w:pPr>
      <w:r w:rsidRPr="00C65D6F">
        <w:rPr>
          <w:rFonts w:ascii="Comic Sans MS" w:hAnsi="Comic Sans MS"/>
        </w:rPr>
        <w:t>English, including discussion of relationships, emotions, behaviour and different perspectives;</w:t>
      </w:r>
    </w:p>
    <w:p w14:paraId="57383B16" w14:textId="77777777" w:rsidR="00300010" w:rsidRPr="00C65D6F" w:rsidRDefault="00922BA0">
      <w:pPr>
        <w:pStyle w:val="ListBullet"/>
        <w:rPr>
          <w:rFonts w:ascii="Comic Sans MS" w:hAnsi="Comic Sans MS"/>
        </w:rPr>
      </w:pPr>
      <w:r w:rsidRPr="00C65D6F">
        <w:rPr>
          <w:rFonts w:ascii="Comic Sans MS" w:hAnsi="Comic Sans MS"/>
        </w:rPr>
        <w:t>assemblies, enrichment activities and reflection/circle time;</w:t>
      </w:r>
    </w:p>
    <w:p w14:paraId="233F9A87" w14:textId="77777777" w:rsidR="00300010" w:rsidRPr="00C65D6F" w:rsidRDefault="00922BA0">
      <w:pPr>
        <w:pStyle w:val="ListBullet"/>
        <w:rPr>
          <w:rFonts w:ascii="Comic Sans MS" w:hAnsi="Comic Sans MS"/>
        </w:rPr>
      </w:pPr>
      <w:r w:rsidRPr="00C65D6F">
        <w:rPr>
          <w:rFonts w:ascii="Comic Sans MS" w:hAnsi="Comic Sans MS"/>
        </w:rPr>
        <w:t>selected external resources, including Pol-Ed, where these complement the school's planned curriculum.</w:t>
      </w:r>
    </w:p>
    <w:p w14:paraId="5A17F739" w14:textId="77777777" w:rsidR="00300010" w:rsidRPr="00C65D6F" w:rsidRDefault="00922BA0">
      <w:pPr>
        <w:rPr>
          <w:rFonts w:ascii="Comic Sans MS" w:hAnsi="Comic Sans MS"/>
        </w:rPr>
      </w:pPr>
      <w:r w:rsidRPr="00C65D6F">
        <w:rPr>
          <w:rFonts w:ascii="Comic Sans MS" w:hAnsi="Comic Sans MS"/>
        </w:rPr>
        <w:t>The curriculum will be delivered by class teachers and other appropriately trained staff. Team teaching, Subject Lead input, small-group teaching or other approaches may be used where there is a clear educational reason. Any external provider or visitor will complement, not replace, the school's planned provision and will be appropriately checked and briefed.</w:t>
      </w:r>
    </w:p>
    <w:p w14:paraId="647418CD" w14:textId="77777777" w:rsidR="00300010" w:rsidRPr="00C65D6F" w:rsidRDefault="00922BA0">
      <w:pPr>
        <w:pStyle w:val="Heading2"/>
        <w:rPr>
          <w:rFonts w:ascii="Comic Sans MS" w:hAnsi="Comic Sans MS"/>
        </w:rPr>
      </w:pPr>
      <w:r w:rsidRPr="00C65D6F">
        <w:rPr>
          <w:rFonts w:ascii="Comic Sans MS" w:hAnsi="Comic Sans MS"/>
        </w:rPr>
        <w:t>Staff training</w:t>
      </w:r>
    </w:p>
    <w:p w14:paraId="54E85B2B" w14:textId="2054B5F3" w:rsidR="00300010" w:rsidRPr="00C65D6F" w:rsidRDefault="00922BA0">
      <w:pPr>
        <w:rPr>
          <w:rFonts w:ascii="Comic Sans MS" w:hAnsi="Comic Sans MS"/>
        </w:rPr>
      </w:pPr>
      <w:r w:rsidRPr="00C65D6F">
        <w:rPr>
          <w:rFonts w:ascii="Comic Sans MS" w:hAnsi="Comic Sans MS"/>
        </w:rPr>
        <w:t xml:space="preserve">Staff will be supported to develop the knowledge, confidence and teaching approaches needed for </w:t>
      </w:r>
      <w:r w:rsidR="00EE3579">
        <w:rPr>
          <w:rFonts w:ascii="Comic Sans MS" w:hAnsi="Comic Sans MS"/>
        </w:rPr>
        <w:t>RSHE</w:t>
      </w:r>
      <w:r w:rsidRPr="00C65D6F">
        <w:rPr>
          <w:rFonts w:ascii="Comic Sans MS" w:hAnsi="Comic Sans MS"/>
        </w:rPr>
        <w:t>. Training will reflect changes in statutory guidance, safeguarding procedures, curriculum content and the needs of pupils. Staff delivering sensitive content will understand the increased possibility of disclosures and the procedures for responding to them.</w:t>
      </w:r>
    </w:p>
    <w:p w14:paraId="70FE73A2" w14:textId="77777777" w:rsidR="00300010" w:rsidRPr="00C65D6F" w:rsidRDefault="00922BA0">
      <w:pPr>
        <w:pStyle w:val="Heading2"/>
        <w:rPr>
          <w:rFonts w:ascii="Comic Sans MS" w:hAnsi="Comic Sans MS"/>
        </w:rPr>
      </w:pPr>
      <w:r w:rsidRPr="00C65D6F">
        <w:rPr>
          <w:rFonts w:ascii="Comic Sans MS" w:hAnsi="Comic Sans MS"/>
        </w:rPr>
        <w:t>Ground rules and safe teaching</w:t>
      </w:r>
    </w:p>
    <w:p w14:paraId="6CA70715" w14:textId="77777777" w:rsidR="00300010" w:rsidRPr="00C65D6F" w:rsidRDefault="00922BA0">
      <w:pPr>
        <w:pStyle w:val="ListBullet"/>
        <w:rPr>
          <w:rFonts w:ascii="Comic Sans MS" w:hAnsi="Comic Sans MS"/>
        </w:rPr>
      </w:pPr>
      <w:r w:rsidRPr="00C65D6F">
        <w:rPr>
          <w:rFonts w:ascii="Comic Sans MS" w:hAnsi="Comic Sans MS"/>
        </w:rPr>
        <w:t>Use respectful, age-appropriate language and correct terminology where appropriate.</w:t>
      </w:r>
    </w:p>
    <w:p w14:paraId="5EC7ACEF" w14:textId="77777777" w:rsidR="00300010" w:rsidRPr="00C65D6F" w:rsidRDefault="00922BA0">
      <w:pPr>
        <w:pStyle w:val="ListBullet"/>
        <w:rPr>
          <w:rFonts w:ascii="Comic Sans MS" w:hAnsi="Comic Sans MS"/>
        </w:rPr>
      </w:pPr>
      <w:r w:rsidRPr="00C65D6F">
        <w:rPr>
          <w:rFonts w:ascii="Comic Sans MS" w:hAnsi="Comic Sans MS"/>
        </w:rPr>
        <w:lastRenderedPageBreak/>
        <w:t>Do not ask pupils to disclose personal experiences or answer personal questions in front of others.</w:t>
      </w:r>
    </w:p>
    <w:p w14:paraId="2D4233DA" w14:textId="77777777" w:rsidR="00300010" w:rsidRPr="00C65D6F" w:rsidRDefault="00922BA0">
      <w:pPr>
        <w:pStyle w:val="ListBullet"/>
        <w:rPr>
          <w:rFonts w:ascii="Comic Sans MS" w:hAnsi="Comic Sans MS"/>
        </w:rPr>
      </w:pPr>
      <w:r w:rsidRPr="00C65D6F">
        <w:rPr>
          <w:rFonts w:ascii="Comic Sans MS" w:hAnsi="Comic Sans MS"/>
        </w:rPr>
        <w:t>Use distancing strategies such as stories, scenarios, case studies, role-play and anonymous questions where appropriate.</w:t>
      </w:r>
    </w:p>
    <w:p w14:paraId="5FCC02AB" w14:textId="77777777" w:rsidR="00300010" w:rsidRPr="00C65D6F" w:rsidRDefault="00922BA0">
      <w:pPr>
        <w:pStyle w:val="ListBullet"/>
        <w:rPr>
          <w:rFonts w:ascii="Comic Sans MS" w:hAnsi="Comic Sans MS"/>
        </w:rPr>
      </w:pPr>
      <w:r w:rsidRPr="00C65D6F">
        <w:rPr>
          <w:rFonts w:ascii="Comic Sans MS" w:hAnsi="Comic Sans MS"/>
        </w:rPr>
        <w:t>Create a safe, inclusive and non-judgemental environment.</w:t>
      </w:r>
    </w:p>
    <w:p w14:paraId="308F371C" w14:textId="77777777" w:rsidR="00300010" w:rsidRPr="00C65D6F" w:rsidRDefault="00922BA0">
      <w:pPr>
        <w:pStyle w:val="ListBullet"/>
        <w:rPr>
          <w:rFonts w:ascii="Comic Sans MS" w:hAnsi="Comic Sans MS"/>
        </w:rPr>
      </w:pPr>
      <w:r w:rsidRPr="00C65D6F">
        <w:rPr>
          <w:rFonts w:ascii="Comic Sans MS" w:hAnsi="Comic Sans MS"/>
        </w:rPr>
        <w:t>Challenge discriminatory, prejudicial, bullying, sexist, homophobic or other harmful language and behaviour in line with school policy.</w:t>
      </w:r>
    </w:p>
    <w:p w14:paraId="0141F09D" w14:textId="77777777" w:rsidR="00300010" w:rsidRPr="00C65D6F" w:rsidRDefault="00922BA0">
      <w:pPr>
        <w:pStyle w:val="ListBullet"/>
        <w:rPr>
          <w:rFonts w:ascii="Comic Sans MS" w:hAnsi="Comic Sans MS"/>
        </w:rPr>
      </w:pPr>
      <w:r w:rsidRPr="00C65D6F">
        <w:rPr>
          <w:rFonts w:ascii="Comic Sans MS" w:hAnsi="Comic Sans MS"/>
        </w:rPr>
        <w:t>Make clear that pupils can seek help from trusted adults and that being harmed or abused is never the child's fault.</w:t>
      </w:r>
    </w:p>
    <w:p w14:paraId="59B8566E" w14:textId="77777777" w:rsidR="00300010" w:rsidRPr="00C65D6F" w:rsidRDefault="00922BA0">
      <w:pPr>
        <w:pStyle w:val="Heading2"/>
        <w:rPr>
          <w:rFonts w:ascii="Comic Sans MS" w:hAnsi="Comic Sans MS"/>
        </w:rPr>
      </w:pPr>
      <w:r w:rsidRPr="00C65D6F">
        <w:rPr>
          <w:rFonts w:ascii="Comic Sans MS" w:hAnsi="Comic Sans MS"/>
        </w:rPr>
        <w:t>Inclusion</w:t>
      </w:r>
    </w:p>
    <w:p w14:paraId="0FD897ED" w14:textId="42A26809" w:rsidR="00300010" w:rsidRPr="00C65D6F" w:rsidRDefault="00922BA0">
      <w:pPr>
        <w:rPr>
          <w:rFonts w:ascii="Comic Sans MS" w:hAnsi="Comic Sans MS"/>
        </w:rPr>
      </w:pPr>
      <w:r w:rsidRPr="00C65D6F">
        <w:rPr>
          <w:rFonts w:ascii="Comic Sans MS" w:hAnsi="Comic Sans MS"/>
        </w:rPr>
        <w:t xml:space="preserve">All pupils are entitled to </w:t>
      </w:r>
      <w:r w:rsidR="00EE3579">
        <w:rPr>
          <w:rFonts w:ascii="Comic Sans MS" w:hAnsi="Comic Sans MS"/>
        </w:rPr>
        <w:t>RSHE</w:t>
      </w:r>
      <w:r w:rsidRPr="00C65D6F">
        <w:rPr>
          <w:rFonts w:ascii="Comic Sans MS" w:hAnsi="Comic Sans MS"/>
        </w:rPr>
        <w:t>. Planning will take account of SEND, disability, age, sex, sexual orientation, gender reassignment, pregnancy and maternity, race, religion or belief, cultural and linguistic background and other relevant individual circumstances. Teaching will be adapted where necessary so that pupils can access the curriculum and develop the knowledge and skills needed for safe, healthy and respectful relationships.</w:t>
      </w:r>
    </w:p>
    <w:p w14:paraId="03491580" w14:textId="5D281B0C" w:rsidR="00300010" w:rsidRPr="00C65D6F" w:rsidRDefault="00922BA0">
      <w:pPr>
        <w:rPr>
          <w:rFonts w:ascii="Comic Sans MS" w:hAnsi="Comic Sans MS"/>
        </w:rPr>
      </w:pPr>
      <w:r w:rsidRPr="00C65D6F">
        <w:rPr>
          <w:rFonts w:ascii="Comic Sans MS" w:hAnsi="Comic Sans MS"/>
        </w:rPr>
        <w:t xml:space="preserve">The school will not discriminate against pupils or harass them through </w:t>
      </w:r>
      <w:r w:rsidR="00EE3579">
        <w:rPr>
          <w:rFonts w:ascii="Comic Sans MS" w:hAnsi="Comic Sans MS"/>
        </w:rPr>
        <w:t>RSHE</w:t>
      </w:r>
      <w:r w:rsidRPr="00C65D6F">
        <w:rPr>
          <w:rFonts w:ascii="Comic Sans MS" w:hAnsi="Comic Sans MS"/>
        </w:rPr>
        <w:t xml:space="preserve"> teaching. We will promote equality and respect and will not promote one particular lifestyle as the only acceptable way to live. When discussing families, the curriculum will positively represent a range of family structures, including families with same-sex parents, without requiring pupils to represent the views of a particular group.</w:t>
      </w:r>
    </w:p>
    <w:p w14:paraId="25CA7E08" w14:textId="77777777" w:rsidR="00300010" w:rsidRPr="00C65D6F" w:rsidRDefault="00922BA0">
      <w:pPr>
        <w:pStyle w:val="Heading2"/>
        <w:rPr>
          <w:rFonts w:ascii="Comic Sans MS" w:hAnsi="Comic Sans MS"/>
        </w:rPr>
      </w:pPr>
      <w:r w:rsidRPr="00C65D6F">
        <w:rPr>
          <w:rFonts w:ascii="Comic Sans MS" w:hAnsi="Comic Sans MS"/>
        </w:rPr>
        <w:t>Resources</w:t>
      </w:r>
    </w:p>
    <w:p w14:paraId="6451CB07" w14:textId="77777777" w:rsidR="00300010" w:rsidRPr="00C65D6F" w:rsidRDefault="00922BA0">
      <w:pPr>
        <w:rPr>
          <w:rFonts w:ascii="Comic Sans MS" w:hAnsi="Comic Sans MS"/>
        </w:rPr>
      </w:pPr>
      <w:r w:rsidRPr="00C65D6F">
        <w:rPr>
          <w:rFonts w:ascii="Comic Sans MS" w:hAnsi="Comic Sans MS"/>
        </w:rPr>
        <w:t>Resources are selected to support the planned curriculum and will be reviewed before use. We will select resources that are accurate, age- and stage-appropriate, accessible, relevant, inclusive, reputable and consistent with this policy and statutory guidance.</w:t>
      </w:r>
    </w:p>
    <w:p w14:paraId="30E6BF62" w14:textId="77777777" w:rsidR="00300010" w:rsidRPr="00C65D6F" w:rsidRDefault="00922BA0">
      <w:pPr>
        <w:rPr>
          <w:rFonts w:ascii="Comic Sans MS" w:hAnsi="Comic Sans MS"/>
        </w:rPr>
      </w:pPr>
      <w:r w:rsidRPr="00C65D6F">
        <w:rPr>
          <w:rFonts w:ascii="Comic Sans MS" w:hAnsi="Comic Sans MS"/>
        </w:rPr>
        <w:t>The school uses its own Life Lessons materials and may also use selected resources from the Department for Education, PSHE Association and other reputable organisations.</w:t>
      </w:r>
      <w:r w:rsidR="00A23FDD" w:rsidRPr="00C65D6F">
        <w:rPr>
          <w:rFonts w:ascii="Comic Sans MS" w:hAnsi="Comic Sans MS"/>
        </w:rPr>
        <w:t xml:space="preserve"> We use Pol-Ed to resource </w:t>
      </w:r>
      <w:r w:rsidRPr="00C65D6F">
        <w:rPr>
          <w:rFonts w:ascii="Comic Sans MS" w:hAnsi="Comic Sans MS"/>
        </w:rPr>
        <w:t xml:space="preserve">lessons where its materials meet the needs of our pupils and fit our planned curriculum. </w:t>
      </w:r>
    </w:p>
    <w:p w14:paraId="1F48E566" w14:textId="77777777" w:rsidR="00300010" w:rsidRPr="00C65D6F" w:rsidRDefault="00922BA0">
      <w:pPr>
        <w:rPr>
          <w:rFonts w:ascii="Comic Sans MS" w:hAnsi="Comic Sans MS"/>
        </w:rPr>
      </w:pPr>
      <w:r w:rsidRPr="00C65D6F">
        <w:rPr>
          <w:rFonts w:ascii="Comic Sans MS" w:hAnsi="Comic Sans MS"/>
        </w:rPr>
        <w:t>Parents may request access to the curric</w:t>
      </w:r>
      <w:r w:rsidR="00A23FDD" w:rsidRPr="00C65D6F">
        <w:rPr>
          <w:rFonts w:ascii="Comic Sans MS" w:hAnsi="Comic Sans MS"/>
        </w:rPr>
        <w:t>ulum materials used to teach RSH</w:t>
      </w:r>
      <w:r w:rsidRPr="00C65D6F">
        <w:rPr>
          <w:rFonts w:ascii="Comic Sans MS" w:hAnsi="Comic Sans MS"/>
        </w:rPr>
        <w:t>E. Where copyright applies, materials will be shared in a way that complies with copyright law and any accompanying conditions on copying or onward sharing.</w:t>
      </w:r>
    </w:p>
    <w:p w14:paraId="4A9548E1" w14:textId="77777777" w:rsidR="00300010" w:rsidRPr="00C65D6F" w:rsidRDefault="00922BA0">
      <w:pPr>
        <w:pStyle w:val="Heading2"/>
        <w:rPr>
          <w:rFonts w:ascii="Comic Sans MS" w:hAnsi="Comic Sans MS"/>
        </w:rPr>
      </w:pPr>
      <w:r w:rsidRPr="00C65D6F">
        <w:rPr>
          <w:rFonts w:ascii="Comic Sans MS" w:hAnsi="Comic Sans MS"/>
        </w:rPr>
        <w:t>Use of visitors and external organisations</w:t>
      </w:r>
    </w:p>
    <w:p w14:paraId="5C19BCDF" w14:textId="02C46834" w:rsidR="00300010" w:rsidRPr="00C65D6F" w:rsidRDefault="00922BA0">
      <w:pPr>
        <w:pStyle w:val="ListBullet"/>
        <w:rPr>
          <w:rFonts w:ascii="Comic Sans MS" w:hAnsi="Comic Sans MS"/>
        </w:rPr>
      </w:pPr>
      <w:r w:rsidRPr="00C65D6F">
        <w:rPr>
          <w:rFonts w:ascii="Comic Sans MS" w:hAnsi="Comic Sans MS"/>
        </w:rPr>
        <w:t xml:space="preserve">The school remains responsible for the content and quality of any </w:t>
      </w:r>
      <w:r w:rsidR="00EE3579">
        <w:rPr>
          <w:rFonts w:ascii="Comic Sans MS" w:hAnsi="Comic Sans MS"/>
        </w:rPr>
        <w:t>RSHE</w:t>
      </w:r>
      <w:r w:rsidRPr="00C65D6F">
        <w:rPr>
          <w:rFonts w:ascii="Comic Sans MS" w:hAnsi="Comic Sans MS"/>
        </w:rPr>
        <w:t xml:space="preserve"> teaching delivered by an external provider.</w:t>
      </w:r>
    </w:p>
    <w:p w14:paraId="626FAEBF" w14:textId="77777777" w:rsidR="00300010" w:rsidRPr="00C65D6F" w:rsidRDefault="00922BA0">
      <w:pPr>
        <w:pStyle w:val="ListBullet"/>
        <w:rPr>
          <w:rFonts w:ascii="Comic Sans MS" w:hAnsi="Comic Sans MS"/>
        </w:rPr>
      </w:pPr>
      <w:r w:rsidRPr="00C65D6F">
        <w:rPr>
          <w:rFonts w:ascii="Comic Sans MS" w:hAnsi="Comic Sans MS"/>
        </w:rPr>
        <w:t>Visitors will not replace the planned curriculum.</w:t>
      </w:r>
    </w:p>
    <w:p w14:paraId="718FB943" w14:textId="77777777" w:rsidR="00300010" w:rsidRPr="00C65D6F" w:rsidRDefault="00922BA0">
      <w:pPr>
        <w:pStyle w:val="ListBullet"/>
        <w:rPr>
          <w:rFonts w:ascii="Comic Sans MS" w:hAnsi="Comic Sans MS"/>
        </w:rPr>
      </w:pPr>
      <w:r w:rsidRPr="00C65D6F">
        <w:rPr>
          <w:rFonts w:ascii="Comic Sans MS" w:hAnsi="Comic Sans MS"/>
        </w:rPr>
        <w:t>Relevant safeguarding and DBS arrangements will be checked as appropriate.</w:t>
      </w:r>
    </w:p>
    <w:p w14:paraId="31C3446A" w14:textId="77777777" w:rsidR="00300010" w:rsidRPr="00C65D6F" w:rsidRDefault="00922BA0">
      <w:pPr>
        <w:pStyle w:val="ListBullet"/>
        <w:rPr>
          <w:rFonts w:ascii="Comic Sans MS" w:hAnsi="Comic Sans MS"/>
        </w:rPr>
      </w:pPr>
      <w:r w:rsidRPr="00C65D6F">
        <w:rPr>
          <w:rFonts w:ascii="Comic Sans MS" w:hAnsi="Comic Sans MS"/>
        </w:rPr>
        <w:t>Visitors will be briefed on the content and principles of this policy and the school's safeguarding procedures.</w:t>
      </w:r>
    </w:p>
    <w:p w14:paraId="2B2460C3" w14:textId="77777777" w:rsidR="00300010" w:rsidRPr="00C65D6F" w:rsidRDefault="00922BA0">
      <w:pPr>
        <w:pStyle w:val="ListBullet"/>
        <w:rPr>
          <w:rFonts w:ascii="Comic Sans MS" w:hAnsi="Comic Sans MS"/>
        </w:rPr>
      </w:pPr>
      <w:r w:rsidRPr="00C65D6F">
        <w:rPr>
          <w:rFonts w:ascii="Comic Sans MS" w:hAnsi="Comic Sans MS"/>
        </w:rPr>
        <w:lastRenderedPageBreak/>
        <w:t>Lesson content and resources will be agreed in advance with the school.</w:t>
      </w:r>
    </w:p>
    <w:p w14:paraId="2DA0F2E8" w14:textId="77777777" w:rsidR="00300010" w:rsidRPr="00C65D6F" w:rsidRDefault="00922BA0">
      <w:pPr>
        <w:pStyle w:val="ListBullet"/>
        <w:rPr>
          <w:rFonts w:ascii="Comic Sans MS" w:hAnsi="Comic Sans MS"/>
        </w:rPr>
      </w:pPr>
      <w:r w:rsidRPr="00C65D6F">
        <w:rPr>
          <w:rFonts w:ascii="Comic Sans MS" w:hAnsi="Comic Sans MS"/>
        </w:rPr>
        <w:t>Visitors will work alongside school staff and will not be left alone with pupils in classroom teaching situations unless the school's safeguarding procedures explicitly permit this.</w:t>
      </w:r>
    </w:p>
    <w:p w14:paraId="12936E7F" w14:textId="77777777" w:rsidR="00300010" w:rsidRPr="00C65D6F" w:rsidRDefault="00922BA0">
      <w:pPr>
        <w:pStyle w:val="ListBullet"/>
        <w:rPr>
          <w:rFonts w:ascii="Comic Sans MS" w:hAnsi="Comic Sans MS"/>
        </w:rPr>
      </w:pPr>
      <w:r w:rsidRPr="00C65D6F">
        <w:rPr>
          <w:rFonts w:ascii="Comic Sans MS" w:hAnsi="Comic Sans MS"/>
        </w:rPr>
        <w:t>Contributions will be evaluated after delivery.</w:t>
      </w:r>
    </w:p>
    <w:p w14:paraId="3D02CB2A" w14:textId="77777777" w:rsidR="00300010" w:rsidRPr="00C65D6F" w:rsidRDefault="00922BA0">
      <w:pPr>
        <w:pStyle w:val="Heading1"/>
        <w:rPr>
          <w:rFonts w:ascii="Comic Sans MS" w:hAnsi="Comic Sans MS"/>
        </w:rPr>
      </w:pPr>
      <w:r w:rsidRPr="00C65D6F">
        <w:rPr>
          <w:rFonts w:ascii="Comic Sans MS" w:hAnsi="Comic Sans MS"/>
        </w:rPr>
        <w:t>8) Safeguarding and child protection</w:t>
      </w:r>
    </w:p>
    <w:p w14:paraId="2F38D99C" w14:textId="3E86B51F" w:rsidR="00300010" w:rsidRPr="00C65D6F" w:rsidRDefault="00922BA0">
      <w:pPr>
        <w:rPr>
          <w:rFonts w:ascii="Comic Sans MS" w:hAnsi="Comic Sans MS"/>
        </w:rPr>
      </w:pPr>
      <w:r w:rsidRPr="00C65D6F">
        <w:rPr>
          <w:rFonts w:ascii="Comic Sans MS" w:hAnsi="Comic Sans MS"/>
        </w:rPr>
        <w:t xml:space="preserve">Effective </w:t>
      </w:r>
      <w:r w:rsidR="00EE3579">
        <w:rPr>
          <w:rFonts w:ascii="Comic Sans MS" w:hAnsi="Comic Sans MS"/>
        </w:rPr>
        <w:t>RSHE</w:t>
      </w:r>
      <w:r w:rsidRPr="00C65D6F">
        <w:rPr>
          <w:rFonts w:ascii="Comic Sans MS" w:hAnsi="Comic Sans MS"/>
        </w:rPr>
        <w:t xml:space="preserve"> may increase children's ability to recognise inappropriate behaviour and may therefore increase the likelihood of disclosures. All staff are expected to follow the school's current Safeguarding and Child Protection Policy and the requirements of Keeping Children Safe in Education 2026.</w:t>
      </w:r>
    </w:p>
    <w:p w14:paraId="3300F6DC" w14:textId="77777777" w:rsidR="00300010" w:rsidRPr="00C65D6F" w:rsidRDefault="00922BA0">
      <w:pPr>
        <w:rPr>
          <w:rFonts w:ascii="Comic Sans MS" w:hAnsi="Comic Sans MS"/>
        </w:rPr>
      </w:pPr>
      <w:r w:rsidRPr="00C65D6F">
        <w:rPr>
          <w:rFonts w:ascii="Comic Sans MS" w:hAnsi="Comic Sans MS"/>
        </w:rPr>
        <w:t>Where a pupil discloses abuse, exploitation, harmful sexual behaviour or another safeguarding concern, the member of staff will respond calmly, avoid promising confidentiality and report the concern immediately through the school's safeguarding procedures.</w:t>
      </w:r>
    </w:p>
    <w:p w14:paraId="470B30CF" w14:textId="77777777" w:rsidR="00300010" w:rsidRPr="00C65D6F" w:rsidRDefault="00922BA0">
      <w:pPr>
        <w:pStyle w:val="Heading2"/>
        <w:rPr>
          <w:rFonts w:ascii="Comic Sans MS" w:hAnsi="Comic Sans MS"/>
        </w:rPr>
      </w:pPr>
      <w:r w:rsidRPr="00C65D6F">
        <w:rPr>
          <w:rFonts w:ascii="Comic Sans MS" w:hAnsi="Comic Sans MS"/>
        </w:rPr>
        <w:t>Confidentiality</w:t>
      </w:r>
    </w:p>
    <w:p w14:paraId="135C5BB4" w14:textId="77777777" w:rsidR="00300010" w:rsidRPr="00C65D6F" w:rsidRDefault="00922BA0">
      <w:pPr>
        <w:rPr>
          <w:rFonts w:ascii="Comic Sans MS" w:hAnsi="Comic Sans MS"/>
        </w:rPr>
      </w:pPr>
      <w:r w:rsidRPr="00C65D6F">
        <w:rPr>
          <w:rFonts w:ascii="Comic Sans MS" w:hAnsi="Comic Sans MS"/>
        </w:rPr>
        <w:t>Staff cannot offer absolute confidentiality. Pupils will be told, in age-appropriate language, that information may need to be shared when necessary to keep them or another person safe. Staff will follow the school's safeguarding, information-sharing and record-keeping procedures.</w:t>
      </w:r>
    </w:p>
    <w:p w14:paraId="5936CE73" w14:textId="77777777" w:rsidR="00300010" w:rsidRPr="00C65D6F" w:rsidRDefault="00922BA0">
      <w:pPr>
        <w:rPr>
          <w:rFonts w:ascii="Comic Sans MS" w:hAnsi="Comic Sans MS"/>
        </w:rPr>
      </w:pPr>
      <w:r w:rsidRPr="00C65D6F">
        <w:rPr>
          <w:rFonts w:ascii="Comic Sans MS" w:hAnsi="Comic Sans MS"/>
        </w:rPr>
        <w:t>Where appropriate, the school will work with parents, carers and relevant professionals to support pupils, while recognising that safeguarding considerations may affect what information can be shared and when.</w:t>
      </w:r>
    </w:p>
    <w:p w14:paraId="269AE540" w14:textId="77777777" w:rsidR="00300010" w:rsidRPr="00C65D6F" w:rsidRDefault="00922BA0">
      <w:pPr>
        <w:pStyle w:val="Heading2"/>
        <w:rPr>
          <w:rFonts w:ascii="Comic Sans MS" w:hAnsi="Comic Sans MS"/>
        </w:rPr>
      </w:pPr>
      <w:r w:rsidRPr="00C65D6F">
        <w:rPr>
          <w:rFonts w:ascii="Comic Sans MS" w:hAnsi="Comic Sans MS"/>
        </w:rPr>
        <w:t>Child-on-child abuse, harmful sexual behaviour and sexual harassment</w:t>
      </w:r>
    </w:p>
    <w:p w14:paraId="1F598911" w14:textId="77777777" w:rsidR="00300010" w:rsidRPr="00C65D6F" w:rsidRDefault="00922BA0">
      <w:pPr>
        <w:rPr>
          <w:rFonts w:ascii="Comic Sans MS" w:hAnsi="Comic Sans MS"/>
        </w:rPr>
      </w:pPr>
      <w:r w:rsidRPr="00C65D6F">
        <w:rPr>
          <w:rFonts w:ascii="Comic Sans MS" w:hAnsi="Comic Sans MS"/>
        </w:rPr>
        <w:t>The school recognises that harmful behaviour can occur between children and that sexual harassment, abuse, exploitation and harmful sexual behaviour can occur online and offline. Relationships Education will support pupils to understand healthy relationships, boundaries, privacy, respect, kindness, reporting concerns and seeking help. The school will respond to concerns in accordance with its safeguarding and behaviour procedures.</w:t>
      </w:r>
    </w:p>
    <w:p w14:paraId="48EC0939" w14:textId="77777777" w:rsidR="00300010" w:rsidRPr="00C65D6F" w:rsidRDefault="00922BA0">
      <w:pPr>
        <w:rPr>
          <w:rFonts w:ascii="Comic Sans MS" w:hAnsi="Comic Sans MS"/>
        </w:rPr>
      </w:pPr>
      <w:r w:rsidRPr="00C65D6F">
        <w:rPr>
          <w:rFonts w:ascii="Comic Sans MS" w:hAnsi="Comic Sans MS"/>
        </w:rPr>
        <w:t>The curriculum will challenge prejudice, sexism, misogyny, homophobia, stereotypes and other discriminatory attitudes. Staff will model respectful behaviour and challenge harmful ideas without stigmatising pupils.</w:t>
      </w:r>
    </w:p>
    <w:p w14:paraId="222AA474" w14:textId="77777777" w:rsidR="00300010" w:rsidRPr="00C65D6F" w:rsidRDefault="00922BA0">
      <w:pPr>
        <w:pStyle w:val="Heading2"/>
        <w:rPr>
          <w:rFonts w:ascii="Comic Sans MS" w:hAnsi="Comic Sans MS"/>
        </w:rPr>
      </w:pPr>
      <w:r w:rsidRPr="00C65D6F">
        <w:rPr>
          <w:rFonts w:ascii="Comic Sans MS" w:hAnsi="Comic Sans MS"/>
        </w:rPr>
        <w:t>Teaching about the law</w:t>
      </w:r>
    </w:p>
    <w:p w14:paraId="58F3BA53" w14:textId="77777777" w:rsidR="00300010" w:rsidRPr="00C65D6F" w:rsidRDefault="00922BA0">
      <w:pPr>
        <w:rPr>
          <w:rFonts w:ascii="Comic Sans MS" w:hAnsi="Comic Sans MS"/>
        </w:rPr>
      </w:pPr>
      <w:r w:rsidRPr="00C65D6F">
        <w:rPr>
          <w:rFonts w:ascii="Comic Sans MS" w:hAnsi="Comic Sans MS"/>
        </w:rPr>
        <w:t>Where relevant to the planned curriculum, pupils will be taught factual information about the law and their rights and responsibilities. This may include equality law, online safety and image sharing, consent and personal boundaries, harmful sexual behaviour, bullying and harassment, and other laws appropriate to the age and content being taught.</w:t>
      </w:r>
    </w:p>
    <w:p w14:paraId="193FE73C" w14:textId="77777777" w:rsidR="00300010" w:rsidRPr="00C65D6F" w:rsidRDefault="00922BA0">
      <w:pPr>
        <w:pStyle w:val="Heading1"/>
        <w:rPr>
          <w:rFonts w:ascii="Comic Sans MS" w:hAnsi="Comic Sans MS"/>
        </w:rPr>
      </w:pPr>
      <w:r w:rsidRPr="00C65D6F">
        <w:rPr>
          <w:rFonts w:ascii="Comic Sans MS" w:hAnsi="Comic Sans MS"/>
        </w:rPr>
        <w:lastRenderedPageBreak/>
        <w:t>9) Monitoring, evaluating and reviewing</w:t>
      </w:r>
    </w:p>
    <w:p w14:paraId="43969D8C" w14:textId="238D10EC" w:rsidR="00300010" w:rsidRPr="00C65D6F" w:rsidRDefault="00922BA0">
      <w:pPr>
        <w:rPr>
          <w:rFonts w:ascii="Comic Sans MS" w:hAnsi="Comic Sans MS"/>
        </w:rPr>
      </w:pPr>
      <w:r w:rsidRPr="00C65D6F">
        <w:rPr>
          <w:rFonts w:ascii="Comic Sans MS" w:hAnsi="Comic Sans MS"/>
        </w:rPr>
        <w:t xml:space="preserve">Monitoring and evaluation of </w:t>
      </w:r>
      <w:r w:rsidR="00EE3579">
        <w:rPr>
          <w:rFonts w:ascii="Comic Sans MS" w:hAnsi="Comic Sans MS"/>
        </w:rPr>
        <w:t>RSHE</w:t>
      </w:r>
      <w:r w:rsidRPr="00C65D6F">
        <w:rPr>
          <w:rFonts w:ascii="Comic Sans MS" w:hAnsi="Comic Sans MS"/>
        </w:rPr>
        <w:t xml:space="preserve"> is the responsibility of the </w:t>
      </w:r>
      <w:r w:rsidR="00EE3579">
        <w:rPr>
          <w:rFonts w:ascii="Comic Sans MS" w:hAnsi="Comic Sans MS"/>
        </w:rPr>
        <w:t>RSHE</w:t>
      </w:r>
      <w:r w:rsidRPr="00C65D6F">
        <w:rPr>
          <w:rFonts w:ascii="Comic Sans MS" w:hAnsi="Comic Sans MS"/>
        </w:rPr>
        <w:t>/PSHE Subject Lead in conjunction with the Headteacher and governing body.</w:t>
      </w:r>
    </w:p>
    <w:p w14:paraId="0426D8E8" w14:textId="77777777" w:rsidR="00300010" w:rsidRPr="00C65D6F" w:rsidRDefault="00922BA0">
      <w:pPr>
        <w:pStyle w:val="ListBullet"/>
        <w:rPr>
          <w:rFonts w:ascii="Comic Sans MS" w:hAnsi="Comic Sans MS"/>
        </w:rPr>
      </w:pPr>
      <w:r w:rsidRPr="00C65D6F">
        <w:rPr>
          <w:rFonts w:ascii="Comic Sans MS" w:hAnsi="Comic Sans MS"/>
        </w:rPr>
        <w:t>Curriculum coverage and progression will be reviewed against the statutory Relationships Education and Health Education content.</w:t>
      </w:r>
    </w:p>
    <w:p w14:paraId="615BF5F9" w14:textId="77777777" w:rsidR="00300010" w:rsidRPr="00C65D6F" w:rsidRDefault="00922BA0">
      <w:pPr>
        <w:pStyle w:val="ListBullet"/>
        <w:rPr>
          <w:rFonts w:ascii="Comic Sans MS" w:hAnsi="Comic Sans MS"/>
        </w:rPr>
      </w:pPr>
      <w:r w:rsidRPr="00C65D6F">
        <w:rPr>
          <w:rFonts w:ascii="Comic Sans MS" w:hAnsi="Comic Sans MS"/>
        </w:rPr>
        <w:t>Lesson planning and resources will be reviewed for accuracy, age appropriateness, accessibility and alignment with this policy.</w:t>
      </w:r>
    </w:p>
    <w:p w14:paraId="1FF84C6B" w14:textId="77777777" w:rsidR="00300010" w:rsidRPr="00C65D6F" w:rsidRDefault="00922BA0">
      <w:pPr>
        <w:pStyle w:val="ListBullet"/>
        <w:rPr>
          <w:rFonts w:ascii="Comic Sans MS" w:hAnsi="Comic Sans MS"/>
        </w:rPr>
      </w:pPr>
      <w:r w:rsidRPr="00C65D6F">
        <w:rPr>
          <w:rFonts w:ascii="Comic Sans MS" w:hAnsi="Comic Sans MS"/>
        </w:rPr>
        <w:t>Pupil voice and assessment information will be used to identify strengths and gaps.</w:t>
      </w:r>
    </w:p>
    <w:p w14:paraId="13985B1F" w14:textId="77777777" w:rsidR="00300010" w:rsidRPr="00C65D6F" w:rsidRDefault="00922BA0">
      <w:pPr>
        <w:pStyle w:val="ListBullet"/>
        <w:rPr>
          <w:rFonts w:ascii="Comic Sans MS" w:hAnsi="Comic Sans MS"/>
        </w:rPr>
      </w:pPr>
      <w:r w:rsidRPr="00C65D6F">
        <w:rPr>
          <w:rFonts w:ascii="Comic Sans MS" w:hAnsi="Comic Sans MS"/>
        </w:rPr>
        <w:t>Parent feedback and consultation will inform policy review and curriculum development.</w:t>
      </w:r>
    </w:p>
    <w:p w14:paraId="56EC7B38" w14:textId="77777777" w:rsidR="00300010" w:rsidRPr="00C65D6F" w:rsidRDefault="00922BA0">
      <w:pPr>
        <w:pStyle w:val="ListBullet"/>
        <w:rPr>
          <w:rFonts w:ascii="Comic Sans MS" w:hAnsi="Comic Sans MS"/>
        </w:rPr>
      </w:pPr>
      <w:r w:rsidRPr="00C65D6F">
        <w:rPr>
          <w:rFonts w:ascii="Comic Sans MS" w:hAnsi="Comic Sans MS"/>
        </w:rPr>
        <w:t>Safeguarding information, local need and emerging issues will inform responsive curriculum changes.</w:t>
      </w:r>
    </w:p>
    <w:p w14:paraId="493FEDB5" w14:textId="77777777" w:rsidR="00300010" w:rsidRPr="00C65D6F" w:rsidRDefault="00922BA0">
      <w:pPr>
        <w:pStyle w:val="ListBullet"/>
        <w:rPr>
          <w:rFonts w:ascii="Comic Sans MS" w:hAnsi="Comic Sans MS"/>
        </w:rPr>
      </w:pPr>
      <w:r w:rsidRPr="00C65D6F">
        <w:rPr>
          <w:rFonts w:ascii="Comic Sans MS" w:hAnsi="Comic Sans MS"/>
        </w:rPr>
        <w:t>Staff confidence and training needs will be reviewed.</w:t>
      </w:r>
    </w:p>
    <w:p w14:paraId="348F14D8" w14:textId="77777777" w:rsidR="00300010" w:rsidRPr="00C65D6F" w:rsidRDefault="00922BA0">
      <w:pPr>
        <w:pStyle w:val="ListBullet"/>
        <w:rPr>
          <w:rFonts w:ascii="Comic Sans MS" w:hAnsi="Comic Sans MS"/>
        </w:rPr>
      </w:pPr>
      <w:r w:rsidRPr="00C65D6F">
        <w:rPr>
          <w:rFonts w:ascii="Comic Sans MS" w:hAnsi="Comic Sans MS"/>
        </w:rPr>
        <w:t>Use and impact of external resources, including Pol-Ed, will be evaluated.</w:t>
      </w:r>
    </w:p>
    <w:p w14:paraId="701F5F02" w14:textId="77777777" w:rsidR="00300010" w:rsidRPr="00C65D6F" w:rsidRDefault="00922BA0">
      <w:pPr>
        <w:rPr>
          <w:rFonts w:ascii="Comic Sans MS" w:hAnsi="Comic Sans MS"/>
        </w:rPr>
      </w:pPr>
      <w:r w:rsidRPr="00C65D6F">
        <w:rPr>
          <w:rFonts w:ascii="Comic Sans MS" w:hAnsi="Comic Sans MS"/>
        </w:rPr>
        <w:t>The policy will be formally reviewed annually. The next scheduled review is September 2027, or sooner if there is a significant change in statutory guidance, legislation, safeguarding requirements or the school's curriculum.</w:t>
      </w:r>
    </w:p>
    <w:p w14:paraId="7E8CC6EF" w14:textId="77777777" w:rsidR="00300010" w:rsidRPr="00C65D6F" w:rsidRDefault="00922BA0">
      <w:pPr>
        <w:pStyle w:val="Heading1"/>
        <w:rPr>
          <w:rFonts w:ascii="Comic Sans MS" w:hAnsi="Comic Sans MS"/>
        </w:rPr>
      </w:pPr>
      <w:r w:rsidRPr="00C65D6F">
        <w:rPr>
          <w:rFonts w:ascii="Comic Sans MS" w:hAnsi="Comic Sans MS"/>
        </w:rPr>
        <w:t>10) Glossary of terms</w:t>
      </w:r>
    </w:p>
    <w:p w14:paraId="79B8BEB9" w14:textId="77777777" w:rsidR="00300010" w:rsidRPr="00C65D6F" w:rsidRDefault="00922BA0">
      <w:pPr>
        <w:rPr>
          <w:rFonts w:ascii="Comic Sans MS" w:hAnsi="Comic Sans MS"/>
        </w:rPr>
      </w:pPr>
      <w:r w:rsidRPr="00C65D6F">
        <w:rPr>
          <w:rFonts w:ascii="Comic Sans MS" w:hAnsi="Comic Sans MS"/>
          <w:b/>
        </w:rPr>
        <w:t xml:space="preserve">DfE: </w:t>
      </w:r>
      <w:r w:rsidRPr="00C65D6F">
        <w:rPr>
          <w:rFonts w:ascii="Comic Sans MS" w:hAnsi="Comic Sans MS"/>
        </w:rPr>
        <w:t>Department for Education.</w:t>
      </w:r>
    </w:p>
    <w:p w14:paraId="3F79C1CF" w14:textId="77777777" w:rsidR="00300010" w:rsidRPr="00C65D6F" w:rsidRDefault="00922BA0">
      <w:pPr>
        <w:rPr>
          <w:rFonts w:ascii="Comic Sans MS" w:hAnsi="Comic Sans MS"/>
        </w:rPr>
      </w:pPr>
      <w:r w:rsidRPr="00C65D6F">
        <w:rPr>
          <w:rFonts w:ascii="Comic Sans MS" w:hAnsi="Comic Sans MS"/>
          <w:b/>
        </w:rPr>
        <w:t xml:space="preserve">PSHE: </w:t>
      </w:r>
      <w:r w:rsidRPr="00C65D6F">
        <w:rPr>
          <w:rFonts w:ascii="Comic Sans MS" w:hAnsi="Comic Sans MS"/>
        </w:rPr>
        <w:t>Personal, Social, Health and Economic education. PSHE remains a non-statutory subject in maintained schools, within which schools may organise statutory Relationships Education and Health Education.</w:t>
      </w:r>
    </w:p>
    <w:p w14:paraId="3D0CECC1" w14:textId="1DB3BA01" w:rsidR="00300010" w:rsidRPr="00C65D6F" w:rsidRDefault="00EE3579">
      <w:pPr>
        <w:rPr>
          <w:rFonts w:ascii="Comic Sans MS" w:hAnsi="Comic Sans MS"/>
        </w:rPr>
      </w:pPr>
      <w:r>
        <w:rPr>
          <w:rFonts w:ascii="Comic Sans MS" w:hAnsi="Comic Sans MS"/>
          <w:b/>
        </w:rPr>
        <w:t>RSHE</w:t>
      </w:r>
      <w:r w:rsidR="00922BA0" w:rsidRPr="00C65D6F">
        <w:rPr>
          <w:rFonts w:ascii="Comic Sans MS" w:hAnsi="Comic Sans MS"/>
          <w:b/>
        </w:rPr>
        <w:t xml:space="preserve">: </w:t>
      </w:r>
      <w:r w:rsidR="00922BA0" w:rsidRPr="00C65D6F">
        <w:rPr>
          <w:rFonts w:ascii="Comic Sans MS" w:hAnsi="Comic Sans MS"/>
        </w:rPr>
        <w:t>Relationships, Health and Sex Education – the term used by Birkdale Primary School for its combined provision.</w:t>
      </w:r>
    </w:p>
    <w:p w14:paraId="33E377B0" w14:textId="77777777" w:rsidR="00300010" w:rsidRPr="00C65D6F" w:rsidRDefault="00922BA0">
      <w:pPr>
        <w:rPr>
          <w:rFonts w:ascii="Comic Sans MS" w:hAnsi="Comic Sans MS"/>
        </w:rPr>
      </w:pPr>
      <w:r w:rsidRPr="00C65D6F">
        <w:rPr>
          <w:rFonts w:ascii="Comic Sans MS" w:hAnsi="Comic Sans MS"/>
          <w:b/>
        </w:rPr>
        <w:t xml:space="preserve">Relationships Education: </w:t>
      </w:r>
      <w:r w:rsidRPr="00C65D6F">
        <w:rPr>
          <w:rFonts w:ascii="Comic Sans MS" w:hAnsi="Comic Sans MS"/>
        </w:rPr>
        <w:t>The compulsory primary curriculum subject covering knowledge and skills for positive, respectful and safe relationships.</w:t>
      </w:r>
    </w:p>
    <w:p w14:paraId="38737108" w14:textId="77777777" w:rsidR="00300010" w:rsidRPr="00C65D6F" w:rsidRDefault="00922BA0">
      <w:pPr>
        <w:rPr>
          <w:rFonts w:ascii="Comic Sans MS" w:hAnsi="Comic Sans MS"/>
        </w:rPr>
      </w:pPr>
      <w:r w:rsidRPr="00C65D6F">
        <w:rPr>
          <w:rFonts w:ascii="Comic Sans MS" w:hAnsi="Comic Sans MS"/>
          <w:b/>
        </w:rPr>
        <w:t xml:space="preserve">Health Education: </w:t>
      </w:r>
      <w:r w:rsidRPr="00C65D6F">
        <w:rPr>
          <w:rFonts w:ascii="Comic Sans MS" w:hAnsi="Comic Sans MS"/>
        </w:rPr>
        <w:t>The compulsory curriculum subject in state-funded primary schools covering physical health, mental wellbeing and related knowledge and skills.</w:t>
      </w:r>
    </w:p>
    <w:p w14:paraId="3FC40E6E" w14:textId="77777777" w:rsidR="00300010" w:rsidRPr="00C65D6F" w:rsidRDefault="00922BA0">
      <w:pPr>
        <w:rPr>
          <w:rFonts w:ascii="Comic Sans MS" w:hAnsi="Comic Sans MS"/>
        </w:rPr>
      </w:pPr>
      <w:r w:rsidRPr="00C65D6F">
        <w:rPr>
          <w:rFonts w:ascii="Comic Sans MS" w:hAnsi="Comic Sans MS"/>
          <w:b/>
        </w:rPr>
        <w:t xml:space="preserve">Sex Education: </w:t>
      </w:r>
      <w:r w:rsidRPr="00C65D6F">
        <w:rPr>
          <w:rFonts w:ascii="Comic Sans MS" w:hAnsi="Comic Sans MS"/>
        </w:rPr>
        <w:t>Additional primary education about sex/human reproduction chosen by the school beyond statutory Relationships Education and Science content.</w:t>
      </w:r>
    </w:p>
    <w:p w14:paraId="5F6A7996" w14:textId="77777777" w:rsidR="00300010" w:rsidRPr="00C65D6F" w:rsidRDefault="00922BA0">
      <w:pPr>
        <w:rPr>
          <w:rFonts w:ascii="Comic Sans MS" w:hAnsi="Comic Sans MS"/>
        </w:rPr>
      </w:pPr>
      <w:r w:rsidRPr="00C65D6F">
        <w:rPr>
          <w:rFonts w:ascii="Comic Sans MS" w:hAnsi="Comic Sans MS"/>
          <w:b/>
        </w:rPr>
        <w:t xml:space="preserve">Life Lessons: </w:t>
      </w:r>
      <w:r w:rsidRPr="00C65D6F">
        <w:rPr>
          <w:rFonts w:ascii="Comic Sans MS" w:hAnsi="Comic Sans MS"/>
        </w:rPr>
        <w:t>Birkdale Primary School's school-developed curriculum bringing together PSHE, Relationships Education, Health Education, SMSC and British Values.</w:t>
      </w:r>
    </w:p>
    <w:p w14:paraId="12C7515A" w14:textId="240074CA" w:rsidR="00300010" w:rsidRPr="00C65D6F" w:rsidRDefault="00922BA0">
      <w:pPr>
        <w:rPr>
          <w:rFonts w:ascii="Comic Sans MS" w:hAnsi="Comic Sans MS"/>
        </w:rPr>
      </w:pPr>
      <w:r w:rsidRPr="00C65D6F">
        <w:rPr>
          <w:rFonts w:ascii="Comic Sans MS" w:hAnsi="Comic Sans MS"/>
          <w:b/>
        </w:rPr>
        <w:t xml:space="preserve">Pol-Ed: </w:t>
      </w:r>
      <w:r w:rsidRPr="00C65D6F">
        <w:rPr>
          <w:rFonts w:ascii="Comic Sans MS" w:hAnsi="Comic Sans MS"/>
        </w:rPr>
        <w:t>An external education resource programme used selectively by the school to support some Life Lessons/</w:t>
      </w:r>
      <w:r w:rsidR="00EE3579">
        <w:rPr>
          <w:rFonts w:ascii="Comic Sans MS" w:hAnsi="Comic Sans MS"/>
        </w:rPr>
        <w:t>RSHE</w:t>
      </w:r>
      <w:r w:rsidRPr="00C65D6F">
        <w:rPr>
          <w:rFonts w:ascii="Comic Sans MS" w:hAnsi="Comic Sans MS"/>
        </w:rPr>
        <w:t xml:space="preserve"> lessons.</w:t>
      </w:r>
    </w:p>
    <w:p w14:paraId="0388A5B8" w14:textId="77777777" w:rsidR="00300010" w:rsidRPr="00C65D6F" w:rsidRDefault="00922BA0">
      <w:pPr>
        <w:rPr>
          <w:rFonts w:ascii="Comic Sans MS" w:hAnsi="Comic Sans MS"/>
        </w:rPr>
      </w:pPr>
      <w:r w:rsidRPr="00C65D6F">
        <w:rPr>
          <w:rFonts w:ascii="Comic Sans MS" w:hAnsi="Comic Sans MS"/>
          <w:b/>
        </w:rPr>
        <w:lastRenderedPageBreak/>
        <w:t xml:space="preserve">SEND: </w:t>
      </w:r>
      <w:r w:rsidRPr="00C65D6F">
        <w:rPr>
          <w:rFonts w:ascii="Comic Sans MS" w:hAnsi="Comic Sans MS"/>
        </w:rPr>
        <w:t>Special educational needs and disabilities.</w:t>
      </w:r>
    </w:p>
    <w:p w14:paraId="2C4A23EA" w14:textId="77777777" w:rsidR="00300010" w:rsidRPr="00C65D6F" w:rsidRDefault="00922BA0">
      <w:pPr>
        <w:rPr>
          <w:rFonts w:ascii="Comic Sans MS" w:hAnsi="Comic Sans MS"/>
        </w:rPr>
      </w:pPr>
      <w:r w:rsidRPr="00C65D6F">
        <w:rPr>
          <w:rFonts w:ascii="Comic Sans MS" w:hAnsi="Comic Sans MS"/>
          <w:b/>
        </w:rPr>
        <w:t xml:space="preserve">SMSC: </w:t>
      </w:r>
      <w:r w:rsidRPr="00C65D6F">
        <w:rPr>
          <w:rFonts w:ascii="Comic Sans MS" w:hAnsi="Comic Sans MS"/>
        </w:rPr>
        <w:t>Spiritual, Moral, Social and Cultural development.</w:t>
      </w:r>
    </w:p>
    <w:p w14:paraId="335097F5" w14:textId="77777777" w:rsidR="00300010" w:rsidRPr="00C65D6F" w:rsidRDefault="00922BA0">
      <w:pPr>
        <w:pStyle w:val="Heading1"/>
        <w:rPr>
          <w:rFonts w:ascii="Comic Sans MS" w:hAnsi="Comic Sans MS"/>
        </w:rPr>
      </w:pPr>
      <w:r w:rsidRPr="00C65D6F">
        <w:rPr>
          <w:rFonts w:ascii="Comic Sans MS" w:hAnsi="Comic Sans MS"/>
        </w:rPr>
        <w:t>Appendix A – Current statutory and guidance references</w:t>
      </w:r>
    </w:p>
    <w:p w14:paraId="35E26493" w14:textId="77777777" w:rsidR="00300010" w:rsidRPr="00C65D6F" w:rsidRDefault="00922BA0">
      <w:pPr>
        <w:rPr>
          <w:rFonts w:ascii="Comic Sans MS" w:hAnsi="Comic Sans MS"/>
        </w:rPr>
      </w:pPr>
      <w:r w:rsidRPr="00C65D6F">
        <w:rPr>
          <w:rFonts w:ascii="Comic Sans MS" w:hAnsi="Comic Sans MS"/>
        </w:rPr>
        <w:t>The following references have been checked against current government publications available in September 2026. The school should also maintain a current list of its own school policies and local procedures alongside this policy.</w:t>
      </w:r>
    </w:p>
    <w:tbl>
      <w:tblPr>
        <w:tblStyle w:val="TableGrid"/>
        <w:tblW w:w="0" w:type="auto"/>
        <w:jc w:val="center"/>
        <w:tblLook w:val="04A0" w:firstRow="1" w:lastRow="0" w:firstColumn="1" w:lastColumn="0" w:noHBand="0" w:noVBand="1"/>
      </w:tblPr>
      <w:tblGrid>
        <w:gridCol w:w="4963"/>
        <w:gridCol w:w="4963"/>
      </w:tblGrid>
      <w:tr w:rsidR="00300010" w:rsidRPr="00C65D6F" w14:paraId="0AF7B327" w14:textId="77777777">
        <w:trPr>
          <w:jc w:val="center"/>
        </w:trPr>
        <w:tc>
          <w:tcPr>
            <w:tcW w:w="4968" w:type="dxa"/>
          </w:tcPr>
          <w:p w14:paraId="49393BAF" w14:textId="77777777" w:rsidR="00300010" w:rsidRPr="00C65D6F" w:rsidRDefault="00922BA0">
            <w:pPr>
              <w:rPr>
                <w:rFonts w:ascii="Comic Sans MS" w:hAnsi="Comic Sans MS"/>
              </w:rPr>
            </w:pPr>
            <w:r w:rsidRPr="00C65D6F">
              <w:rPr>
                <w:rFonts w:ascii="Comic Sans MS" w:hAnsi="Comic Sans MS"/>
              </w:rPr>
              <w:t>Reference</w:t>
            </w:r>
          </w:p>
        </w:tc>
        <w:tc>
          <w:tcPr>
            <w:tcW w:w="4968" w:type="dxa"/>
          </w:tcPr>
          <w:p w14:paraId="33B39213" w14:textId="77777777" w:rsidR="00300010" w:rsidRPr="00C65D6F" w:rsidRDefault="00922BA0">
            <w:pPr>
              <w:rPr>
                <w:rFonts w:ascii="Comic Sans MS" w:hAnsi="Comic Sans MS"/>
              </w:rPr>
            </w:pPr>
            <w:r w:rsidRPr="00C65D6F">
              <w:rPr>
                <w:rFonts w:ascii="Comic Sans MS" w:hAnsi="Comic Sans MS"/>
              </w:rPr>
              <w:t>Date / status</w:t>
            </w:r>
          </w:p>
        </w:tc>
      </w:tr>
      <w:tr w:rsidR="00300010" w:rsidRPr="00C65D6F" w14:paraId="6AEA415B" w14:textId="77777777">
        <w:trPr>
          <w:jc w:val="center"/>
        </w:trPr>
        <w:tc>
          <w:tcPr>
            <w:tcW w:w="4968" w:type="dxa"/>
          </w:tcPr>
          <w:p w14:paraId="5BA0A73F" w14:textId="77777777" w:rsidR="00300010" w:rsidRPr="00C65D6F" w:rsidRDefault="00922BA0">
            <w:pPr>
              <w:rPr>
                <w:rFonts w:ascii="Comic Sans MS" w:hAnsi="Comic Sans MS"/>
              </w:rPr>
            </w:pPr>
            <w:r w:rsidRPr="00C65D6F">
              <w:rPr>
                <w:rFonts w:ascii="Comic Sans MS" w:hAnsi="Comic Sans MS"/>
              </w:rPr>
              <w:t>Relationships Education, Relationships and Sex Education (RSE) and Health Education – Department for Education statutory guidance</w:t>
            </w:r>
          </w:p>
        </w:tc>
        <w:tc>
          <w:tcPr>
            <w:tcW w:w="4968" w:type="dxa"/>
          </w:tcPr>
          <w:p w14:paraId="3D3D120D" w14:textId="77777777" w:rsidR="00300010" w:rsidRPr="00C65D6F" w:rsidRDefault="00922BA0">
            <w:pPr>
              <w:rPr>
                <w:rFonts w:ascii="Comic Sans MS" w:hAnsi="Comic Sans MS"/>
              </w:rPr>
            </w:pPr>
            <w:r w:rsidRPr="00C65D6F">
              <w:rPr>
                <w:rFonts w:ascii="Comic Sans MS" w:hAnsi="Comic Sans MS"/>
              </w:rPr>
              <w:t>Published July 2025; in force from 1 September 2026.</w:t>
            </w:r>
          </w:p>
        </w:tc>
      </w:tr>
      <w:tr w:rsidR="00300010" w:rsidRPr="00C65D6F" w14:paraId="73B7A2E6" w14:textId="77777777">
        <w:trPr>
          <w:jc w:val="center"/>
        </w:trPr>
        <w:tc>
          <w:tcPr>
            <w:tcW w:w="4968" w:type="dxa"/>
          </w:tcPr>
          <w:p w14:paraId="37DA2896" w14:textId="77777777" w:rsidR="00300010" w:rsidRPr="00C65D6F" w:rsidRDefault="00922BA0">
            <w:pPr>
              <w:rPr>
                <w:rFonts w:ascii="Comic Sans MS" w:hAnsi="Comic Sans MS"/>
              </w:rPr>
            </w:pPr>
            <w:r w:rsidRPr="00C65D6F">
              <w:rPr>
                <w:rFonts w:ascii="Comic Sans MS" w:hAnsi="Comic Sans MS"/>
              </w:rPr>
              <w:t>Keeping Children Safe in Education 2026 – Department for Education</w:t>
            </w:r>
          </w:p>
        </w:tc>
        <w:tc>
          <w:tcPr>
            <w:tcW w:w="4968" w:type="dxa"/>
          </w:tcPr>
          <w:p w14:paraId="4753C4F4" w14:textId="77777777" w:rsidR="00300010" w:rsidRPr="00C65D6F" w:rsidRDefault="00922BA0">
            <w:pPr>
              <w:rPr>
                <w:rFonts w:ascii="Comic Sans MS" w:hAnsi="Comic Sans MS"/>
              </w:rPr>
            </w:pPr>
            <w:r w:rsidRPr="00C65D6F">
              <w:rPr>
                <w:rFonts w:ascii="Comic Sans MS" w:hAnsi="Comic Sans MS"/>
              </w:rPr>
              <w:t>In force from 1 September 2026.</w:t>
            </w:r>
          </w:p>
        </w:tc>
      </w:tr>
      <w:tr w:rsidR="00300010" w:rsidRPr="00C65D6F" w14:paraId="328DC7D6" w14:textId="77777777">
        <w:trPr>
          <w:jc w:val="center"/>
        </w:trPr>
        <w:tc>
          <w:tcPr>
            <w:tcW w:w="4968" w:type="dxa"/>
          </w:tcPr>
          <w:p w14:paraId="66F13EB9" w14:textId="77777777" w:rsidR="00300010" w:rsidRPr="00C65D6F" w:rsidRDefault="00922BA0">
            <w:pPr>
              <w:rPr>
                <w:rFonts w:ascii="Comic Sans MS" w:hAnsi="Comic Sans MS"/>
              </w:rPr>
            </w:pPr>
            <w:r w:rsidRPr="00C65D6F">
              <w:rPr>
                <w:rFonts w:ascii="Comic Sans MS" w:hAnsi="Comic Sans MS"/>
              </w:rPr>
              <w:t>Working Together to Safeguard Children 2026 – Department for Education</w:t>
            </w:r>
          </w:p>
        </w:tc>
        <w:tc>
          <w:tcPr>
            <w:tcW w:w="4968" w:type="dxa"/>
          </w:tcPr>
          <w:p w14:paraId="50003212" w14:textId="77777777" w:rsidR="00300010" w:rsidRPr="00C65D6F" w:rsidRDefault="00922BA0">
            <w:pPr>
              <w:rPr>
                <w:rFonts w:ascii="Comic Sans MS" w:hAnsi="Comic Sans MS"/>
              </w:rPr>
            </w:pPr>
            <w:r w:rsidRPr="00C65D6F">
              <w:rPr>
                <w:rFonts w:ascii="Comic Sans MS" w:hAnsi="Comic Sans MS"/>
              </w:rPr>
              <w:t>Updated 18 March 2026; replaces the 2023 version.</w:t>
            </w:r>
          </w:p>
        </w:tc>
      </w:tr>
      <w:tr w:rsidR="00300010" w:rsidRPr="00C65D6F" w14:paraId="67D592BD" w14:textId="77777777">
        <w:trPr>
          <w:jc w:val="center"/>
        </w:trPr>
        <w:tc>
          <w:tcPr>
            <w:tcW w:w="4968" w:type="dxa"/>
          </w:tcPr>
          <w:p w14:paraId="04383AC8" w14:textId="77777777" w:rsidR="00300010" w:rsidRPr="00C65D6F" w:rsidRDefault="00922BA0">
            <w:pPr>
              <w:rPr>
                <w:rFonts w:ascii="Comic Sans MS" w:hAnsi="Comic Sans MS"/>
              </w:rPr>
            </w:pPr>
            <w:r w:rsidRPr="00C65D6F">
              <w:rPr>
                <w:rFonts w:ascii="Comic Sans MS" w:hAnsi="Comic Sans MS"/>
              </w:rPr>
              <w:t>Information sharing to safeguard children and young people – Department for Education</w:t>
            </w:r>
          </w:p>
        </w:tc>
        <w:tc>
          <w:tcPr>
            <w:tcW w:w="4968" w:type="dxa"/>
          </w:tcPr>
          <w:p w14:paraId="7C33BC8E" w14:textId="77777777" w:rsidR="00300010" w:rsidRPr="00C65D6F" w:rsidRDefault="00922BA0">
            <w:pPr>
              <w:rPr>
                <w:rFonts w:ascii="Comic Sans MS" w:hAnsi="Comic Sans MS"/>
              </w:rPr>
            </w:pPr>
            <w:r w:rsidRPr="00C65D6F">
              <w:rPr>
                <w:rFonts w:ascii="Comic Sans MS" w:hAnsi="Comic Sans MS"/>
              </w:rPr>
              <w:t>Updated 10 September 2026; reflects the information sharing duty coming into force on 30 September 2026.</w:t>
            </w:r>
          </w:p>
        </w:tc>
      </w:tr>
      <w:tr w:rsidR="00300010" w:rsidRPr="00C65D6F" w14:paraId="4066F599" w14:textId="77777777">
        <w:trPr>
          <w:jc w:val="center"/>
        </w:trPr>
        <w:tc>
          <w:tcPr>
            <w:tcW w:w="4968" w:type="dxa"/>
          </w:tcPr>
          <w:p w14:paraId="076B3FF2" w14:textId="77777777" w:rsidR="00300010" w:rsidRPr="00C65D6F" w:rsidRDefault="00922BA0">
            <w:pPr>
              <w:rPr>
                <w:rFonts w:ascii="Comic Sans MS" w:hAnsi="Comic Sans MS"/>
              </w:rPr>
            </w:pPr>
            <w:r w:rsidRPr="00C65D6F">
              <w:rPr>
                <w:rFonts w:ascii="Comic Sans MS" w:hAnsi="Comic Sans MS"/>
              </w:rPr>
              <w:t>SEND code of practice: 0 to 25 years – Department for Education and Department of Health and Social Care</w:t>
            </w:r>
          </w:p>
        </w:tc>
        <w:tc>
          <w:tcPr>
            <w:tcW w:w="4968" w:type="dxa"/>
          </w:tcPr>
          <w:p w14:paraId="3880CDE1" w14:textId="77777777" w:rsidR="00300010" w:rsidRPr="00C65D6F" w:rsidRDefault="00922BA0">
            <w:pPr>
              <w:rPr>
                <w:rFonts w:ascii="Comic Sans MS" w:hAnsi="Comic Sans MS"/>
              </w:rPr>
            </w:pPr>
            <w:r w:rsidRPr="00C65D6F">
              <w:rPr>
                <w:rFonts w:ascii="Comic Sans MS" w:hAnsi="Comic Sans MS"/>
              </w:rPr>
              <w:t>Published 2014; current publication updated 12 September 2024.</w:t>
            </w:r>
          </w:p>
        </w:tc>
      </w:tr>
      <w:tr w:rsidR="00300010" w:rsidRPr="00C65D6F" w14:paraId="24F857B8" w14:textId="77777777">
        <w:trPr>
          <w:jc w:val="center"/>
        </w:trPr>
        <w:tc>
          <w:tcPr>
            <w:tcW w:w="4968" w:type="dxa"/>
          </w:tcPr>
          <w:p w14:paraId="48E8C5A6" w14:textId="77777777" w:rsidR="00300010" w:rsidRPr="00C65D6F" w:rsidRDefault="00922BA0">
            <w:pPr>
              <w:rPr>
                <w:rFonts w:ascii="Comic Sans MS" w:hAnsi="Comic Sans MS"/>
              </w:rPr>
            </w:pPr>
            <w:r w:rsidRPr="00C65D6F">
              <w:rPr>
                <w:rFonts w:ascii="Comic Sans MS" w:hAnsi="Comic Sans MS"/>
              </w:rPr>
              <w:t>Equality Act 2010</w:t>
            </w:r>
          </w:p>
        </w:tc>
        <w:tc>
          <w:tcPr>
            <w:tcW w:w="4968" w:type="dxa"/>
          </w:tcPr>
          <w:p w14:paraId="24F34DB1" w14:textId="05394051" w:rsidR="00300010" w:rsidRPr="00C65D6F" w:rsidRDefault="00922BA0">
            <w:pPr>
              <w:rPr>
                <w:rFonts w:ascii="Comic Sans MS" w:hAnsi="Comic Sans MS"/>
              </w:rPr>
            </w:pPr>
            <w:r w:rsidRPr="00C65D6F">
              <w:rPr>
                <w:rFonts w:ascii="Comic Sans MS" w:hAnsi="Comic Sans MS"/>
              </w:rPr>
              <w:t xml:space="preserve">Current legislation; relevant protected characteristics and equality duties apply to </w:t>
            </w:r>
            <w:r w:rsidR="00EE3579">
              <w:rPr>
                <w:rFonts w:ascii="Comic Sans MS" w:hAnsi="Comic Sans MS"/>
              </w:rPr>
              <w:t>RSHE</w:t>
            </w:r>
            <w:r w:rsidRPr="00C65D6F">
              <w:rPr>
                <w:rFonts w:ascii="Comic Sans MS" w:hAnsi="Comic Sans MS"/>
              </w:rPr>
              <w:t>.</w:t>
            </w:r>
          </w:p>
        </w:tc>
      </w:tr>
      <w:tr w:rsidR="00300010" w:rsidRPr="00C65D6F" w14:paraId="7EAD2572" w14:textId="77777777">
        <w:trPr>
          <w:jc w:val="center"/>
        </w:trPr>
        <w:tc>
          <w:tcPr>
            <w:tcW w:w="4968" w:type="dxa"/>
          </w:tcPr>
          <w:p w14:paraId="6649EE35" w14:textId="77777777" w:rsidR="00300010" w:rsidRPr="00C65D6F" w:rsidRDefault="00922BA0">
            <w:pPr>
              <w:rPr>
                <w:rFonts w:ascii="Comic Sans MS" w:hAnsi="Comic Sans MS"/>
              </w:rPr>
            </w:pPr>
            <w:r w:rsidRPr="00C65D6F">
              <w:rPr>
                <w:rFonts w:ascii="Comic Sans MS" w:hAnsi="Comic Sans MS"/>
              </w:rPr>
              <w:t>National curriculum in England: framework for key stages 1 to 4 – Department for Education</w:t>
            </w:r>
          </w:p>
        </w:tc>
        <w:tc>
          <w:tcPr>
            <w:tcW w:w="4968" w:type="dxa"/>
          </w:tcPr>
          <w:p w14:paraId="3D444238" w14:textId="77777777" w:rsidR="00300010" w:rsidRPr="00C65D6F" w:rsidRDefault="00922BA0">
            <w:pPr>
              <w:rPr>
                <w:rFonts w:ascii="Comic Sans MS" w:hAnsi="Comic Sans MS"/>
              </w:rPr>
            </w:pPr>
            <w:r w:rsidRPr="00C65D6F">
              <w:rPr>
                <w:rFonts w:ascii="Comic Sans MS" w:hAnsi="Comic Sans MS"/>
              </w:rPr>
              <w:t>Current statutory framework; last updated 2 December 2014.</w:t>
            </w:r>
          </w:p>
        </w:tc>
      </w:tr>
      <w:tr w:rsidR="00300010" w:rsidRPr="00C65D6F" w14:paraId="6DAAB9D3" w14:textId="77777777">
        <w:trPr>
          <w:jc w:val="center"/>
        </w:trPr>
        <w:tc>
          <w:tcPr>
            <w:tcW w:w="4968" w:type="dxa"/>
          </w:tcPr>
          <w:p w14:paraId="53829514" w14:textId="77777777" w:rsidR="00300010" w:rsidRPr="00C65D6F" w:rsidRDefault="00922BA0">
            <w:pPr>
              <w:rPr>
                <w:rFonts w:ascii="Comic Sans MS" w:hAnsi="Comic Sans MS"/>
              </w:rPr>
            </w:pPr>
            <w:r w:rsidRPr="00C65D6F">
              <w:rPr>
                <w:rFonts w:ascii="Comic Sans MS" w:hAnsi="Comic Sans MS"/>
              </w:rPr>
              <w:t>Personal, social, health and economic (PSHE) education – Department for Education</w:t>
            </w:r>
          </w:p>
        </w:tc>
        <w:tc>
          <w:tcPr>
            <w:tcW w:w="4968" w:type="dxa"/>
          </w:tcPr>
          <w:p w14:paraId="539DF41C" w14:textId="77777777" w:rsidR="00300010" w:rsidRPr="00C65D6F" w:rsidRDefault="00922BA0">
            <w:pPr>
              <w:rPr>
                <w:rFonts w:ascii="Comic Sans MS" w:hAnsi="Comic Sans MS"/>
              </w:rPr>
            </w:pPr>
            <w:r w:rsidRPr="00C65D6F">
              <w:rPr>
                <w:rFonts w:ascii="Comic Sans MS" w:hAnsi="Comic Sans MS"/>
              </w:rPr>
              <w:t>Current DfE guidance page; updated 13 September 2021. PSHE remains non-statutory in maintained schools.</w:t>
            </w:r>
          </w:p>
        </w:tc>
      </w:tr>
      <w:tr w:rsidR="00300010" w:rsidRPr="00C65D6F" w14:paraId="3A8DEE18" w14:textId="77777777">
        <w:trPr>
          <w:jc w:val="center"/>
        </w:trPr>
        <w:tc>
          <w:tcPr>
            <w:tcW w:w="4968" w:type="dxa"/>
          </w:tcPr>
          <w:p w14:paraId="49A7C3D2" w14:textId="77777777" w:rsidR="00300010" w:rsidRPr="00C65D6F" w:rsidRDefault="00922BA0">
            <w:pPr>
              <w:rPr>
                <w:rFonts w:ascii="Comic Sans MS" w:hAnsi="Comic Sans MS"/>
              </w:rPr>
            </w:pPr>
            <w:r w:rsidRPr="00C65D6F">
              <w:rPr>
                <w:rFonts w:ascii="Comic Sans MS" w:hAnsi="Comic Sans MS"/>
              </w:rPr>
              <w:t>Promoting fundamental British values as part of SMSC in schools – Department for Education</w:t>
            </w:r>
          </w:p>
        </w:tc>
        <w:tc>
          <w:tcPr>
            <w:tcW w:w="4968" w:type="dxa"/>
          </w:tcPr>
          <w:p w14:paraId="441025FB" w14:textId="77777777" w:rsidR="00300010" w:rsidRPr="00C65D6F" w:rsidRDefault="00922BA0">
            <w:pPr>
              <w:rPr>
                <w:rFonts w:ascii="Comic Sans MS" w:hAnsi="Comic Sans MS"/>
              </w:rPr>
            </w:pPr>
            <w:r w:rsidRPr="00C65D6F">
              <w:rPr>
                <w:rFonts w:ascii="Comic Sans MS" w:hAnsi="Comic Sans MS"/>
              </w:rPr>
              <w:t>November 2014.</w:t>
            </w:r>
          </w:p>
        </w:tc>
      </w:tr>
      <w:tr w:rsidR="00300010" w:rsidRPr="00C65D6F" w14:paraId="684ED44A" w14:textId="77777777">
        <w:trPr>
          <w:jc w:val="center"/>
        </w:trPr>
        <w:tc>
          <w:tcPr>
            <w:tcW w:w="4968" w:type="dxa"/>
          </w:tcPr>
          <w:p w14:paraId="71F3D560" w14:textId="77777777" w:rsidR="00300010" w:rsidRPr="00C65D6F" w:rsidRDefault="00922BA0">
            <w:pPr>
              <w:rPr>
                <w:rFonts w:ascii="Comic Sans MS" w:hAnsi="Comic Sans MS"/>
              </w:rPr>
            </w:pPr>
            <w:r w:rsidRPr="00C65D6F">
              <w:rPr>
                <w:rFonts w:ascii="Comic Sans MS" w:hAnsi="Comic Sans MS"/>
              </w:rPr>
              <w:t>Prevent duty guidance: England and Wales (2023) – Home Office</w:t>
            </w:r>
          </w:p>
        </w:tc>
        <w:tc>
          <w:tcPr>
            <w:tcW w:w="4968" w:type="dxa"/>
          </w:tcPr>
          <w:p w14:paraId="324DA8BB" w14:textId="77777777" w:rsidR="00300010" w:rsidRPr="00C65D6F" w:rsidRDefault="00922BA0">
            <w:pPr>
              <w:rPr>
                <w:rFonts w:ascii="Comic Sans MS" w:hAnsi="Comic Sans MS"/>
              </w:rPr>
            </w:pPr>
            <w:r w:rsidRPr="00C65D6F">
              <w:rPr>
                <w:rFonts w:ascii="Comic Sans MS" w:hAnsi="Comic Sans MS"/>
              </w:rPr>
              <w:t>Statutory guidance in force from 31 December 2023; publication updated 6 March 2024.</w:t>
            </w:r>
          </w:p>
        </w:tc>
      </w:tr>
      <w:tr w:rsidR="00300010" w:rsidRPr="00C65D6F" w14:paraId="7B7AFDBF" w14:textId="77777777">
        <w:trPr>
          <w:jc w:val="center"/>
        </w:trPr>
        <w:tc>
          <w:tcPr>
            <w:tcW w:w="4968" w:type="dxa"/>
          </w:tcPr>
          <w:p w14:paraId="33330A3A" w14:textId="77777777" w:rsidR="00300010" w:rsidRPr="00C65D6F" w:rsidRDefault="00922BA0">
            <w:pPr>
              <w:rPr>
                <w:rFonts w:ascii="Comic Sans MS" w:hAnsi="Comic Sans MS"/>
              </w:rPr>
            </w:pPr>
            <w:r w:rsidRPr="00C65D6F">
              <w:rPr>
                <w:rFonts w:ascii="Comic Sans MS" w:hAnsi="Comic Sans MS"/>
              </w:rPr>
              <w:t>Preventing and tackling bullying – Department for Education</w:t>
            </w:r>
          </w:p>
        </w:tc>
        <w:tc>
          <w:tcPr>
            <w:tcW w:w="4968" w:type="dxa"/>
          </w:tcPr>
          <w:p w14:paraId="481C29C3" w14:textId="77777777" w:rsidR="00300010" w:rsidRPr="00C65D6F" w:rsidRDefault="00922BA0">
            <w:pPr>
              <w:rPr>
                <w:rFonts w:ascii="Comic Sans MS" w:hAnsi="Comic Sans MS"/>
              </w:rPr>
            </w:pPr>
            <w:r w:rsidRPr="00C65D6F">
              <w:rPr>
                <w:rFonts w:ascii="Comic Sans MS" w:hAnsi="Comic Sans MS"/>
              </w:rPr>
              <w:t>Current guidance; publication updated 9 July 2026.</w:t>
            </w:r>
          </w:p>
        </w:tc>
      </w:tr>
      <w:tr w:rsidR="00300010" w:rsidRPr="00C65D6F" w14:paraId="28A6424C" w14:textId="77777777">
        <w:trPr>
          <w:jc w:val="center"/>
        </w:trPr>
        <w:tc>
          <w:tcPr>
            <w:tcW w:w="4968" w:type="dxa"/>
          </w:tcPr>
          <w:p w14:paraId="38657568" w14:textId="77777777" w:rsidR="00300010" w:rsidRPr="00C65D6F" w:rsidRDefault="00922BA0">
            <w:pPr>
              <w:rPr>
                <w:rFonts w:ascii="Comic Sans MS" w:hAnsi="Comic Sans MS"/>
              </w:rPr>
            </w:pPr>
            <w:r w:rsidRPr="00C65D6F">
              <w:rPr>
                <w:rFonts w:ascii="Comic Sans MS" w:hAnsi="Comic Sans MS"/>
              </w:rPr>
              <w:t>Education inspection framework 2025 – Ofsted</w:t>
            </w:r>
          </w:p>
        </w:tc>
        <w:tc>
          <w:tcPr>
            <w:tcW w:w="4968" w:type="dxa"/>
          </w:tcPr>
          <w:p w14:paraId="2755FBB6" w14:textId="77777777" w:rsidR="00300010" w:rsidRPr="00C65D6F" w:rsidRDefault="00922BA0">
            <w:pPr>
              <w:rPr>
                <w:rFonts w:ascii="Comic Sans MS" w:hAnsi="Comic Sans MS"/>
              </w:rPr>
            </w:pPr>
            <w:r w:rsidRPr="00C65D6F">
              <w:rPr>
                <w:rFonts w:ascii="Comic Sans MS" w:hAnsi="Comic Sans MS"/>
              </w:rPr>
              <w:t>For inspections from 10 November 2025; current publication updated 18 September 2026.</w:t>
            </w:r>
          </w:p>
        </w:tc>
      </w:tr>
      <w:tr w:rsidR="00300010" w:rsidRPr="00C65D6F" w14:paraId="71AA3C1D" w14:textId="77777777">
        <w:trPr>
          <w:jc w:val="center"/>
        </w:trPr>
        <w:tc>
          <w:tcPr>
            <w:tcW w:w="4968" w:type="dxa"/>
          </w:tcPr>
          <w:p w14:paraId="0D4A1489" w14:textId="77777777" w:rsidR="00300010" w:rsidRPr="00C65D6F" w:rsidRDefault="00922BA0">
            <w:pPr>
              <w:rPr>
                <w:rFonts w:ascii="Comic Sans MS" w:hAnsi="Comic Sans MS"/>
              </w:rPr>
            </w:pPr>
            <w:r w:rsidRPr="00C65D6F">
              <w:rPr>
                <w:rFonts w:ascii="Comic Sans MS" w:hAnsi="Comic Sans MS"/>
              </w:rPr>
              <w:t>Relationships Education, Relationships and Sex Education and Health Education (England) Regulations 2019</w:t>
            </w:r>
          </w:p>
        </w:tc>
        <w:tc>
          <w:tcPr>
            <w:tcW w:w="4968" w:type="dxa"/>
          </w:tcPr>
          <w:p w14:paraId="6E0284B6" w14:textId="77777777" w:rsidR="00300010" w:rsidRPr="00C65D6F" w:rsidRDefault="00922BA0">
            <w:pPr>
              <w:rPr>
                <w:rFonts w:ascii="Comic Sans MS" w:hAnsi="Comic Sans MS"/>
              </w:rPr>
            </w:pPr>
            <w:r w:rsidRPr="00C65D6F">
              <w:rPr>
                <w:rFonts w:ascii="Comic Sans MS" w:hAnsi="Comic Sans MS"/>
              </w:rPr>
              <w:t>Statutory regulations; in force from 1 September 2020.</w:t>
            </w:r>
          </w:p>
        </w:tc>
      </w:tr>
    </w:tbl>
    <w:p w14:paraId="2AD12A6F" w14:textId="77777777" w:rsidR="00300010" w:rsidRPr="00C65D6F" w:rsidRDefault="00922BA0">
      <w:pPr>
        <w:pStyle w:val="Heading1"/>
        <w:rPr>
          <w:rFonts w:ascii="Comic Sans MS" w:hAnsi="Comic Sans MS"/>
        </w:rPr>
      </w:pPr>
      <w:r w:rsidRPr="00C65D6F">
        <w:rPr>
          <w:rFonts w:ascii="Comic Sans MS" w:hAnsi="Comic Sans MS"/>
        </w:rPr>
        <w:lastRenderedPageBreak/>
        <w:t>Appendix B – Parent transparency and curriculum materials</w:t>
      </w:r>
    </w:p>
    <w:p w14:paraId="3555AE94" w14:textId="3F4CF884" w:rsidR="00300010" w:rsidRPr="00C65D6F" w:rsidRDefault="00922BA0">
      <w:pPr>
        <w:rPr>
          <w:rFonts w:ascii="Comic Sans MS" w:hAnsi="Comic Sans MS"/>
        </w:rPr>
      </w:pPr>
      <w:r w:rsidRPr="00C65D6F">
        <w:rPr>
          <w:rFonts w:ascii="Comic Sans MS" w:hAnsi="Comic Sans MS"/>
        </w:rPr>
        <w:t xml:space="preserve">Parents and carers can access the published </w:t>
      </w:r>
      <w:r w:rsidR="00EE3579">
        <w:rPr>
          <w:rFonts w:ascii="Comic Sans MS" w:hAnsi="Comic Sans MS"/>
        </w:rPr>
        <w:t>RSHE</w:t>
      </w:r>
      <w:r w:rsidRPr="00C65D6F">
        <w:rPr>
          <w:rFonts w:ascii="Comic Sans MS" w:hAnsi="Comic Sans MS"/>
        </w:rPr>
        <w:t xml:space="preserve"> policy and Life Lessons curriculum overviews through the school website. The school will provide access to all curriculum materials used to teach </w:t>
      </w:r>
      <w:r w:rsidR="00EE3579">
        <w:rPr>
          <w:rFonts w:ascii="Comic Sans MS" w:hAnsi="Comic Sans MS"/>
        </w:rPr>
        <w:t>RSHE</w:t>
      </w:r>
      <w:r w:rsidRPr="00C65D6F">
        <w:rPr>
          <w:rFonts w:ascii="Comic Sans MS" w:hAnsi="Comic Sans MS"/>
        </w:rPr>
        <w:t xml:space="preserve"> on request. Where materials are subject to copyright, they will be shared in a way that complies with copyright law.</w:t>
      </w:r>
    </w:p>
    <w:p w14:paraId="33173DD5" w14:textId="77777777" w:rsidR="00300010" w:rsidRPr="00C65D6F" w:rsidRDefault="00922BA0">
      <w:pPr>
        <w:rPr>
          <w:rFonts w:ascii="Comic Sans MS" w:hAnsi="Comic Sans MS"/>
        </w:rPr>
      </w:pPr>
      <w:r w:rsidRPr="00C65D6F">
        <w:rPr>
          <w:rFonts w:ascii="Comic Sans MS" w:hAnsi="Comic Sans MS"/>
        </w:rPr>
        <w:t>For planned Sex Education, parents will be informed in advance of the content and will be able to discuss the teaching and view the relevant resources. Parents do not have a right to veto curriculum content, but their views will be considered through the school's consultation and review processes.</w:t>
      </w:r>
    </w:p>
    <w:p w14:paraId="1DABD498" w14:textId="77777777" w:rsidR="00300010" w:rsidRPr="00C65D6F" w:rsidRDefault="00922BA0">
      <w:pPr>
        <w:rPr>
          <w:rFonts w:ascii="Comic Sans MS" w:hAnsi="Comic Sans MS"/>
        </w:rPr>
      </w:pPr>
      <w:r w:rsidRPr="00C65D6F">
        <w:rPr>
          <w:rFonts w:ascii="Comic Sans MS" w:hAnsi="Comic Sans MS"/>
        </w:rPr>
        <w:t>If the school uses a resource from an external provider such as Pol-Ed, the school remains responsible for checking the resource before use and for ensuring that it fits the school's curriculum, this policy and the needs of the pupils.</w:t>
      </w:r>
    </w:p>
    <w:p w14:paraId="6407983E" w14:textId="77777777" w:rsidR="00300010" w:rsidRPr="00C65D6F" w:rsidRDefault="00300010">
      <w:pPr>
        <w:rPr>
          <w:rFonts w:ascii="Comic Sans MS" w:hAnsi="Comic Sans MS"/>
        </w:rPr>
      </w:pPr>
    </w:p>
    <w:p w14:paraId="1268783D" w14:textId="77777777" w:rsidR="00300010" w:rsidRPr="00C65D6F" w:rsidRDefault="00300010">
      <w:pPr>
        <w:jc w:val="center"/>
        <w:rPr>
          <w:rFonts w:ascii="Comic Sans MS" w:hAnsi="Comic Sans MS"/>
        </w:rPr>
      </w:pPr>
    </w:p>
    <w:sectPr w:rsidR="00300010" w:rsidRPr="00C65D6F" w:rsidSect="00034616">
      <w:pgSz w:w="12240" w:h="15840"/>
      <w:pgMar w:top="1008" w:right="1152" w:bottom="1008"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altName w:val="Times New Roman"/>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00010"/>
    <w:rsid w:val="00326F90"/>
    <w:rsid w:val="008A3FD8"/>
    <w:rsid w:val="00922BA0"/>
    <w:rsid w:val="00A23FDD"/>
    <w:rsid w:val="00A9314D"/>
    <w:rsid w:val="00AA1D8D"/>
    <w:rsid w:val="00B47730"/>
    <w:rsid w:val="00C65D6F"/>
    <w:rsid w:val="00CB0664"/>
    <w:rsid w:val="00EE3579"/>
    <w:rsid w:val="00FA31CE"/>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EAA9A38"/>
  <w14:defaultImageDpi w14:val="300"/>
  <w15:docId w15:val="{C318485E-A2B0-4F44-ABE6-C7C6DE89F1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0"/>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5"/>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44"/>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0F6B94-1A0B-447E-BC49-E275479641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3648</Words>
  <Characters>20800</Characters>
  <Application>Microsoft Office Word</Application>
  <DocSecurity>0</DocSecurity>
  <Lines>173</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24400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Emily Mullin</cp:lastModifiedBy>
  <cp:revision>2</cp:revision>
  <dcterms:created xsi:type="dcterms:W3CDTF">2026-10-05T13:33:00Z</dcterms:created>
  <dcterms:modified xsi:type="dcterms:W3CDTF">2026-10-05T13:33:00Z</dcterms:modified>
  <cp:category/>
</cp:coreProperties>
</file>